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1.png" ContentType="image/png"/>
  <Override PartName="/word/media/rId39.png" ContentType="image/png"/>
  <Override PartName="/word/media/rId26.png" ContentType="image/png"/>
  <Override PartName="/word/media/rId32.png" ContentType="image/png"/>
  <Override PartName="/word/media/rId4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业务流程图"/>
    <w:p>
      <w:pPr>
        <w:pStyle w:val="Heading1"/>
      </w:pPr>
      <w:r>
        <w:t xml:space="preserve">业务流程图</w:t>
      </w:r>
    </w:p>
    <w:bookmarkStart w:id="23" w:name="文档概述"/>
    <w:p>
      <w:pPr>
        <w:pStyle w:val="Heading2"/>
      </w:pPr>
      <w:r>
        <w:t xml:space="preserve">1. 文档概述</w:t>
      </w:r>
    </w:p>
    <w:bookmarkStart w:id="20" w:name="文档目的"/>
    <w:p>
      <w:pPr>
        <w:pStyle w:val="Heading3"/>
      </w:pPr>
      <w:r>
        <w:t xml:space="preserve">1.1 文档目的</w:t>
      </w:r>
    </w:p>
    <w:p>
      <w:pPr>
        <w:pStyle w:val="FirstParagraph"/>
      </w:pPr>
      <w:r>
        <w:t xml:space="preserve">本文档为”政务服务’一网通办’能力提升”核心业务的业务流程图，作为申报材料中六张图之一，用于清晰呈现政务服务全流程线上办理的业务逻辑、横向协同与纵向贯通关系。</w:t>
      </w:r>
    </w:p>
    <w:bookmarkEnd w:id="20"/>
    <w:bookmarkStart w:id="21" w:name="编制依据"/>
    <w:p>
      <w:pPr>
        <w:pStyle w:val="Heading3"/>
      </w:pPr>
      <w:r>
        <w:t xml:space="preserve">1.2 编制依据</w:t>
      </w:r>
    </w:p>
    <w:p>
      <w:pPr>
        <w:pStyle w:val="FirstParagraph"/>
      </w:pPr>
      <w:r>
        <w:t xml:space="preserve">本文档依据以下前置文档编制：</w:t>
      </w:r>
      <w:r>
        <w:t xml:space="preserve"> </w:t>
      </w:r>
      <w:r>
        <w:t xml:space="preserve">-</w:t>
      </w:r>
      <w:r>
        <w:t xml:space="preserve"> </w:t>
      </w:r>
      <w:r>
        <w:rPr>
          <w:bCs/>
          <w:b/>
        </w:rPr>
        <w:t xml:space="preserve">需求清单</w:t>
      </w:r>
      <w:r>
        <w:t xml:space="preserve">：核心问题领域（事项标准不统一、办理流程脱节、电子证照应用率低、监督效能不足）</w:t>
      </w:r>
      <w:r>
        <w:t xml:space="preserve"> </w:t>
      </w:r>
      <w:r>
        <w:t xml:space="preserve">-</w:t>
      </w:r>
      <w:r>
        <w:t xml:space="preserve"> </w:t>
      </w:r>
      <w:r>
        <w:rPr>
          <w:bCs/>
          <w:b/>
        </w:rPr>
        <w:t xml:space="preserve">业务清单</w:t>
      </w:r>
      <w:r>
        <w:t xml:space="preserve">：四大新业务模块、十二个新业务单元的业务边界与协同关系</w:t>
      </w:r>
      <w:r>
        <w:t xml:space="preserve"> </w:t>
      </w:r>
      <w:r>
        <w:t xml:space="preserve">-</w:t>
      </w:r>
      <w:r>
        <w:t xml:space="preserve"> </w:t>
      </w:r>
      <w:r>
        <w:rPr>
          <w:bCs/>
          <w:b/>
        </w:rPr>
        <w:t xml:space="preserve">业务拆解集成图</w:t>
      </w:r>
      <w:r>
        <w:t xml:space="preserve">：核心业务→业务模块→业务单元→业务事项的四级层次结构</w:t>
      </w:r>
    </w:p>
    <w:bookmarkEnd w:id="21"/>
    <w:bookmarkStart w:id="22" w:name="与其他图表的一致性关系"/>
    <w:p>
      <w:pPr>
        <w:pStyle w:val="Heading3"/>
      </w:pPr>
      <w:r>
        <w:t xml:space="preserve">1.3 与其他图表的一致性关系</w:t>
      </w:r>
    </w:p>
    <w:tbl>
      <w:tblPr>
        <w:tblStyle w:val="Table"/>
        <w:tblW w:type="pct" w:w="5000"/>
        <w:tblLook w:firstRow="1" w:lastRow="0" w:firstColumn="0" w:lastColumn="0" w:noHBand="0" w:noVBand="0" w:val="0020"/>
        <w:jc w:val="start"/>
      </w:tblPr>
      <w:tblGrid>
        <w:gridCol w:w="3564"/>
        <w:gridCol w:w="4356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关联图表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一致性说明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业务拆解集成图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业务流程节点对应业务单元，业务流向与模块间协同关系一致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数据需求图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数据共享节点与数据需求图中数据流向一致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流程再造对比图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流程再造对比图基于本流程图进行优化前后对比</w:t>
            </w:r>
          </w:p>
        </w:tc>
      </w:tr>
    </w:tbl>
    <w:p>
      <w:r>
        <w:pict>
          <v:rect style="width:0;height:1.5pt" o:hralign="center" o:hrstd="t" o:hr="t"/>
        </w:pict>
      </w:r>
    </w:p>
    <w:bookmarkEnd w:id="22"/>
    <w:bookmarkEnd w:id="23"/>
    <w:bookmarkStart w:id="30" w:name="业务流程总览"/>
    <w:p>
      <w:pPr>
        <w:pStyle w:val="Heading2"/>
      </w:pPr>
      <w:r>
        <w:t xml:space="preserve">2. 业务流程总览</w:t>
      </w:r>
    </w:p>
    <w:bookmarkStart w:id="24" w:name="业务架构模式"/>
    <w:p>
      <w:pPr>
        <w:pStyle w:val="Heading3"/>
      </w:pPr>
      <w:r>
        <w:t xml:space="preserve">2.1 业务架构模式</w:t>
      </w:r>
    </w:p>
    <w:p>
      <w:pPr>
        <w:pStyle w:val="FirstParagraph"/>
      </w:pPr>
      <w:r>
        <w:t xml:space="preserve">本业务流程采用</w:t>
      </w:r>
      <w:r>
        <w:rPr>
          <w:bCs/>
          <w:b/>
        </w:rPr>
        <w:t xml:space="preserve">全流程式</w:t>
      </w:r>
      <w:r>
        <w:t xml:space="preserve">业务架构模式，以群众办事全生命周期为主线，将四大业务模块串联为完整的业务流程闭环。</w:t>
      </w:r>
    </w:p>
    <w:bookmarkEnd w:id="24"/>
    <w:bookmarkStart w:id="25" w:name="流程概述"/>
    <w:p>
      <w:pPr>
        <w:pStyle w:val="Heading3"/>
      </w:pPr>
      <w:r>
        <w:t xml:space="preserve">2.2 流程概述</w:t>
      </w:r>
    </w:p>
    <w:p>
      <w:pPr>
        <w:pStyle w:val="FirstParagraph"/>
      </w:pPr>
      <w:r>
        <w:t xml:space="preserve">政务服务”一网通办”业务流程覆盖</w:t>
      </w:r>
      <w:r>
        <w:rPr>
          <w:bCs/>
          <w:b/>
        </w:rPr>
        <w:t xml:space="preserve">省/市/县/乡/村/群众六级贯通</w:t>
      </w:r>
      <w:r>
        <w:t xml:space="preserve">，涉及28个市级部门、15个区县政务服务机构的896项政务服务事项，实现”一口清”办事指南、</w:t>
      </w:r>
      <w:r>
        <w:t xml:space="preserve">“</w:t>
      </w:r>
      <w:r>
        <w:t xml:space="preserve">一次办</w:t>
      </w:r>
      <w:r>
        <w:t xml:space="preserve">”</w:t>
      </w:r>
      <w:r>
        <w:t xml:space="preserve">全流程、</w:t>
      </w:r>
      <w:r>
        <w:t xml:space="preserve">“</w:t>
      </w:r>
      <w:r>
        <w:t xml:space="preserve">一网通</w:t>
      </w:r>
      <w:r>
        <w:t xml:space="preserve">”</w:t>
      </w:r>
      <w:r>
        <w:t xml:space="preserve">数据共享、</w:t>
      </w:r>
      <w:r>
        <w:t xml:space="preserve">“</w:t>
      </w:r>
      <w:r>
        <w:t xml:space="preserve">一体化</w:t>
      </w:r>
      <w:r>
        <w:t xml:space="preserve">”</w:t>
      </w:r>
      <w:r>
        <w:t xml:space="preserve">效能监督。</w:t>
      </w:r>
    </w:p>
    <w:bookmarkEnd w:id="25"/>
    <w:bookmarkStart w:id="29" w:name="流程总图d2语法"/>
    <w:p>
      <w:pPr>
        <w:pStyle w:val="Heading3"/>
      </w:pPr>
      <w:r>
        <w:t xml:space="preserve">2.3 流程总图（D2语法）</w:t>
      </w:r>
    </w:p>
    <w:p>
      <w:pPr>
        <w:pStyle w:val="FirstParagraph"/>
      </w:pPr>
      <w:r>
        <w:drawing>
          <wp:inline>
            <wp:extent cx="5486400" cy="4743625"/>
            <wp:effectExtent b="0" l="0" r="0" t="0"/>
            <wp:docPr descr="diagram" title="" id="27" name="Picture"/>
            <a:graphic>
              <a:graphicData uri="http://schemas.openxmlformats.org/drawingml/2006/picture">
                <pic:pic>
                  <pic:nvPicPr>
                    <pic:cNvPr descr="/home/ubuntu/app/digital-gov-saas/documents/2f979006-ffe7-47e7-82a5-d757988205f3/d2-73f52d926c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3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29"/>
    <w:bookmarkEnd w:id="30"/>
    <w:bookmarkStart w:id="36" w:name="六级纵向贯通流程"/>
    <w:p>
      <w:pPr>
        <w:pStyle w:val="Heading2"/>
      </w:pPr>
      <w:r>
        <w:t xml:space="preserve">3. 六级纵向贯通流程</w:t>
      </w:r>
    </w:p>
    <w:bookmarkStart w:id="31" w:name="贯通层级说明"/>
    <w:p>
      <w:pPr>
        <w:pStyle w:val="Heading3"/>
      </w:pPr>
      <w:r>
        <w:t xml:space="preserve">3.1 贯通层级说明</w:t>
      </w:r>
    </w:p>
    <w:p>
      <w:pPr>
        <w:pStyle w:val="FirstParagraph"/>
      </w:pPr>
      <w:r>
        <w:t xml:space="preserve">业务流程纵向覆盖</w:t>
      </w:r>
      <w:r>
        <w:rPr>
          <w:bCs/>
          <w:b/>
        </w:rPr>
        <w:t xml:space="preserve">省/市/县/乡/村/群众六级</w:t>
      </w:r>
      <w:r>
        <w:t xml:space="preserve">，各层级功能定位与用户角色如下：</w:t>
      </w:r>
    </w:p>
    <w:tbl>
      <w:tblPr>
        <w:tblStyle w:val="Table"/>
        <w:tblW w:type="pct" w:w="5000"/>
        <w:tblLook w:firstRow="1" w:lastRow="0" w:firstColumn="0" w:lastColumn="0" w:noHBand="0" w:noVBand="0" w:val="0020"/>
        <w:jc w:val="start"/>
      </w:tblPr>
      <w:tblGrid>
        <w:gridCol w:w="1320"/>
        <w:gridCol w:w="2200"/>
        <w:gridCol w:w="2200"/>
        <w:gridCol w:w="220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层级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功能定位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用户角色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主要功能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省级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平台支撑与数据分析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省级政务服务管理人员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全省数据汇聚、标准制定下发、智能分析预警、效能评估考核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市级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统筹协调与监管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市级部门政务人员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事项标准执行、办件审核办理、部门协调、数据上报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县级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审批决策与服务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县级政务服务人员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材料审核、审批决策、办件管理、数据归集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乡级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就近受理与帮代办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乡镇/街道政务服务人员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就近受理、入户核查、帮代办服务、进度跟踪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村级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咨询引导与材料预审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村/社区工作人员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咨询解答、引导服务、材料预审、上门代办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群众端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事项申请与进度查询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企业、群众、特殊群体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线上申请、材料提交、进度查询、证照调取、满意度评价</w:t>
            </w:r>
          </w:p>
        </w:tc>
      </w:tr>
    </w:tbl>
    <w:bookmarkEnd w:id="31"/>
    <w:bookmarkStart w:id="35" w:name="纵向贯通流程图d2语法"/>
    <w:p>
      <w:pPr>
        <w:pStyle w:val="Heading3"/>
      </w:pPr>
      <w:r>
        <w:t xml:space="preserve">3.2 纵向贯通流程图（D2语法）</w:t>
      </w:r>
    </w:p>
    <w:p>
      <w:pPr>
        <w:pStyle w:val="FirstParagraph"/>
      </w:pPr>
      <w:r>
        <w:drawing>
          <wp:inline>
            <wp:extent cx="5486400" cy="1637479"/>
            <wp:effectExtent b="0" l="0" r="0" t="0"/>
            <wp:docPr descr="diagram" title="" id="33" name="Picture"/>
            <a:graphic>
              <a:graphicData uri="http://schemas.openxmlformats.org/drawingml/2006/picture">
                <pic:pic>
                  <pic:nvPicPr>
                    <pic:cNvPr descr="/home/ubuntu/app/digital-gov-saas/documents/2f979006-ffe7-47e7-82a5-d757988205f3/d2-bdae7c64ae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7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35"/>
    <w:bookmarkEnd w:id="36"/>
    <w:bookmarkStart w:id="43" w:name="横向业务协同流程"/>
    <w:p>
      <w:pPr>
        <w:pStyle w:val="Heading2"/>
      </w:pPr>
      <w:r>
        <w:t xml:space="preserve">4. 横向业务协同流程</w:t>
      </w:r>
    </w:p>
    <w:bookmarkStart w:id="37" w:name="横向协同说明"/>
    <w:p>
      <w:pPr>
        <w:pStyle w:val="Heading3"/>
      </w:pPr>
      <w:r>
        <w:t xml:space="preserve">4.1 横向协同说明</w:t>
      </w:r>
    </w:p>
    <w:p>
      <w:pPr>
        <w:pStyle w:val="FirstParagraph"/>
      </w:pPr>
      <w:r>
        <w:t xml:space="preserve">业务流程横向覆盖28个市级部门、15个区县政务服务机构的896项政务服务事项，涉及多部门并联审批、数据共享互通等协同场景。</w:t>
      </w:r>
    </w:p>
    <w:bookmarkEnd w:id="37"/>
    <w:bookmarkStart w:id="38" w:name="多跨业务协同关系"/>
    <w:p>
      <w:pPr>
        <w:pStyle w:val="Heading3"/>
      </w:pPr>
      <w:r>
        <w:t xml:space="preserve">4.2 多跨业务协同关系</w:t>
      </w:r>
    </w:p>
    <w:tbl>
      <w:tblPr>
        <w:tblStyle w:val="Table"/>
        <w:tblW w:type="pct" w:w="5000"/>
        <w:tblLook w:firstRow="1" w:lastRow="0" w:firstColumn="0" w:lastColumn="0" w:noHBand="0" w:noVBand="0" w:val="0020"/>
        <w:jc w:val="start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业务模块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协同内容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牵头部门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配合部门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协同方式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事项标准化管理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建立统一事项标准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政务服务管理局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28个市级部门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标准制定+日常管理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全流程线上办理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市场主体全生命周期协同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市场监管局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发改、民政、人社局等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并联审批+数据互通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全流程线上办理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特殊群体”主动服务”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民政局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卫健委、人社、残联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信息共享+主动推送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全流程线上办理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社保服务”就近办”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人社局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省/市/县/乡/村五级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数据贯通+就近办理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全流程线上办理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投资项目”一站式”并联审批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发改委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市场监管、住建、生态环境等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并联审批+流程再造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电子证照复用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证照”一次提交、全程复用”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政务服务管理局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36类证照签发部门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证照汇聚+共享复用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办件监督评估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跨部门效能监督与排名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政务服务管理局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28个市级部门、15个区县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数据汇聚+效能评估</w:t>
            </w:r>
          </w:p>
        </w:tc>
      </w:tr>
    </w:tbl>
    <w:bookmarkEnd w:id="38"/>
    <w:bookmarkStart w:id="42" w:name="并联审批流程图d2语法"/>
    <w:p>
      <w:pPr>
        <w:pStyle w:val="Heading3"/>
      </w:pPr>
      <w:r>
        <w:t xml:space="preserve">4.3 并联审批流程图（D2语法）</w:t>
      </w:r>
    </w:p>
    <w:p>
      <w:pPr>
        <w:pStyle w:val="FirstParagraph"/>
      </w:pPr>
      <w:r>
        <w:drawing>
          <wp:inline>
            <wp:extent cx="5486400" cy="2861368"/>
            <wp:effectExtent b="0" l="0" r="0" t="0"/>
            <wp:docPr descr="diagram" title="" id="40" name="Picture"/>
            <a:graphic>
              <a:graphicData uri="http://schemas.openxmlformats.org/drawingml/2006/picture">
                <pic:pic>
                  <pic:nvPicPr>
                    <pic:cNvPr descr="/home/ubuntu/app/digital-gov-saas/documents/2f979006-ffe7-47e7-82a5-d757988205f3/d2-3405d670af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13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42"/>
    <w:bookmarkEnd w:id="43"/>
    <w:bookmarkStart w:id="49" w:name="电子证照复用流程"/>
    <w:p>
      <w:pPr>
        <w:pStyle w:val="Heading2"/>
      </w:pPr>
      <w:r>
        <w:t xml:space="preserve">5. 电子证照复用流程</w:t>
      </w:r>
    </w:p>
    <w:bookmarkStart w:id="44" w:name="证照复用流程说明"/>
    <w:p>
      <w:pPr>
        <w:pStyle w:val="Heading3"/>
      </w:pPr>
      <w:r>
        <w:t xml:space="preserve">5.1 证照复用流程说明</w:t>
      </w:r>
    </w:p>
    <w:p>
      <w:pPr>
        <w:pStyle w:val="FirstParagraph"/>
      </w:pPr>
      <w:r>
        <w:t xml:space="preserve">电子证照归集与复用模块支撑政务服务”一次提交、全程复用”，整合36类电子证照、800万张签发记录，建立统一证照库，实现证照”超市”服务。</w:t>
      </w:r>
    </w:p>
    <w:bookmarkEnd w:id="44"/>
    <w:bookmarkStart w:id="48" w:name="证照复用流程图d2语法"/>
    <w:p>
      <w:pPr>
        <w:pStyle w:val="Heading3"/>
      </w:pPr>
      <w:r>
        <w:t xml:space="preserve">5.2 证照复用流程图（D2语法）</w:t>
      </w:r>
    </w:p>
    <w:p>
      <w:pPr>
        <w:pStyle w:val="FirstParagraph"/>
      </w:pPr>
      <w:r>
        <w:drawing>
          <wp:inline>
            <wp:extent cx="5486400" cy="6744051"/>
            <wp:effectExtent b="0" l="0" r="0" t="0"/>
            <wp:docPr descr="diagram" title="" id="46" name="Picture"/>
            <a:graphic>
              <a:graphicData uri="http://schemas.openxmlformats.org/drawingml/2006/picture">
                <pic:pic>
                  <pic:nvPicPr>
                    <pic:cNvPr descr="/home/ubuntu/app/digital-gov-saas/documents/2f979006-ffe7-47e7-82a5-d757988205f3/d2-e5929c8c2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4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48"/>
    <w:bookmarkEnd w:id="49"/>
    <w:bookmarkStart w:id="55" w:name="办件监督效能评估流程"/>
    <w:p>
      <w:pPr>
        <w:pStyle w:val="Heading2"/>
      </w:pPr>
      <w:r>
        <w:t xml:space="preserve">6. 办件监督效能评估流程</w:t>
      </w:r>
    </w:p>
    <w:bookmarkStart w:id="50" w:name="监督评估流程说明"/>
    <w:p>
      <w:pPr>
        <w:pStyle w:val="Heading3"/>
      </w:pPr>
      <w:r>
        <w:t xml:space="preserve">6.1 监督评估流程说明</w:t>
      </w:r>
    </w:p>
    <w:p>
      <w:pPr>
        <w:pStyle w:val="FirstParagraph"/>
      </w:pPr>
      <w:r>
        <w:t xml:space="preserve">办件监督与效能评估模块实现对28个市级部门、15个区县政务服务机构办件质量的实时监测、智能预警、效能排名与群众评价。</w:t>
      </w:r>
    </w:p>
    <w:bookmarkEnd w:id="50"/>
    <w:bookmarkStart w:id="54" w:name="监督评估流程图d2语法"/>
    <w:p>
      <w:pPr>
        <w:pStyle w:val="Heading3"/>
      </w:pPr>
      <w:r>
        <w:t xml:space="preserve">6.2 监督评估流程图（D2语法）</w:t>
      </w:r>
    </w:p>
    <w:p>
      <w:pPr>
        <w:pStyle w:val="FirstParagraph"/>
      </w:pPr>
      <w:r>
        <w:drawing>
          <wp:inline>
            <wp:extent cx="5486400" cy="5764940"/>
            <wp:effectExtent b="0" l="0" r="0" t="0"/>
            <wp:docPr descr="diagram" title="" id="52" name="Picture"/>
            <a:graphic>
              <a:graphicData uri="http://schemas.openxmlformats.org/drawingml/2006/picture">
                <pic:pic>
                  <pic:nvPicPr>
                    <pic:cNvPr descr="/home/ubuntu/app/digital-gov-saas/documents/2f979006-ffe7-47e7-82a5-d757988205f3/d2-1fe08b672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49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54"/>
    <w:bookmarkEnd w:id="55"/>
    <w:bookmarkStart w:id="58" w:name="关键流程节点索引"/>
    <w:p>
      <w:pPr>
        <w:pStyle w:val="Heading2"/>
      </w:pPr>
      <w:r>
        <w:t xml:space="preserve">7. 关键流程节点索引</w:t>
      </w:r>
    </w:p>
    <w:bookmarkStart w:id="56" w:name="节点与业务单元对应关系"/>
    <w:p>
      <w:pPr>
        <w:pStyle w:val="Heading3"/>
      </w:pPr>
      <w:r>
        <w:t xml:space="preserve">7.1 节点与业务单元对应关系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流程节点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所属模块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所属单元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重要性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查询办事指南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单元1.1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材料清单确认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模块一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单元1.1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线上申请提交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单元2.1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智能审核辅助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单元2.2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办件进度查询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单元2.3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证照归集核验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模块三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单元3.1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证照复用服务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模块三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单元3.2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证照真伪核验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模块三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单元3.3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智能监测预警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模块四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单元4.1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★★★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效能排名评估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模块四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单元4.2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★★☆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群众满意度评价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模块四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单元4.3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★★☆</w:t>
            </w:r>
          </w:p>
        </w:tc>
      </w:tr>
    </w:tbl>
    <w:bookmarkEnd w:id="56"/>
    <w:bookmarkStart w:id="57" w:name="重要性等级说明"/>
    <w:p>
      <w:pPr>
        <w:pStyle w:val="Heading3"/>
      </w:pPr>
      <w:r>
        <w:t xml:space="preserve">7.2 重要性等级说明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★★★</w:t>
      </w:r>
      <w:r>
        <w:t xml:space="preserve">：核心业务模块的关键节点，为业务流程的主要环节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★★☆</w:t>
      </w:r>
      <w:r>
        <w:t xml:space="preserve">：支撑性节点，对核心流程起辅助支撑作用</w:t>
      </w:r>
    </w:p>
    <w:p>
      <w:r>
        <w:pict>
          <v:rect style="width:0;height:1.5pt" o:hralign="center" o:hrstd="t" o:hr="t"/>
        </w:pict>
      </w:r>
    </w:p>
    <w:bookmarkEnd w:id="57"/>
    <w:bookmarkEnd w:id="58"/>
    <w:bookmarkStart w:id="59" w:name="数据替换清单"/>
    <w:p>
      <w:pPr>
        <w:pStyle w:val="Heading2"/>
      </w:pPr>
      <w:r>
        <w:t xml:space="preserve">8. 数据替换清单</w:t>
      </w:r>
    </w:p>
    <w:p>
      <w:pPr>
        <w:pStyle w:val="BlockText"/>
      </w:pPr>
      <w:r>
        <w:t xml:space="preserve">以下数据需在正式申报前替换为本地真实数据：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序号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占位符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说明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建议获取渠道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28个市级部门、15个区县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涉及部门范围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政务服务管理局统计数据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896项政务服务事项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事项总量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政务服务事项清单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128子类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事项分类数量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事项标准化分类目录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36类电子证照、800万张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电子证照数据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电子证照库统计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36类证照签发部门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证照归集涉及部门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政务数据共享清单</w:t>
            </w:r>
          </w:p>
        </w:tc>
      </w:tr>
    </w:tbl>
    <w:p>
      <w:r>
        <w:pict>
          <v:rect style="width:0;height:1.5pt" o:hralign="center" o:hrstd="t" o:hr="t"/>
        </w:pict>
      </w:r>
    </w:p>
    <w:bookmarkEnd w:id="59"/>
    <w:bookmarkStart w:id="60" w:name="一致性确认"/>
    <w:p>
      <w:pPr>
        <w:pStyle w:val="Heading2"/>
      </w:pPr>
      <w:r>
        <w:t xml:space="preserve">9. 一致性确认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检查项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本文档内容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关联文档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一致性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业务模块数量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4个模块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业务单元数量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12个单元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核心业务名称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政务服务”一网通办”能力提升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纵向贯通层级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省/市/县/乡/村/群众六级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业务清单2.5节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横向协同范围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28个市级部门、15个区县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业务清单2.4节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电子证照数据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36类、800万张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业务清单2.3节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✓ 一致</w:t>
            </w:r>
          </w:p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Cs/>
          <w:b/>
        </w:rPr>
        <w:t xml:space="preserve">文档产出完成。后续节点：11_业务事项汇总表</w:t>
      </w:r>
    </w:p>
    <w:bookmarkEnd w:id="60"/>
    <w:bookmarkEnd w:id="61"/>
    <w:sectPr w:rsidR="00FC693F" w:rsidRPr="0006063C" w:rsidSect="00034616">
      <w:pgSz w:h="15840" w:w="12240"/>
      <w:pgMar w:bottom="1440" w:footer="720" w:gutter="0" w:header="720" w:left="1800" w:right="1800" w:top="144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pos="1800" w:val="num"/>
        </w:tabs>
        <w:ind w:hanging="360" w:left="180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pos="1440" w:val="num"/>
        </w:tabs>
        <w:ind w:hanging="360" w:left="144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pos="1080" w:val="num"/>
        </w:tabs>
        <w:ind w:hanging="360" w:left="108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pos="720" w:val="num"/>
        </w:tabs>
        <w:ind w:hanging="360" w:left="72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pos="1080" w:val="num"/>
        </w:tabs>
        <w:ind w:hanging="360" w:left="108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pos="720" w:val="num"/>
        </w:tabs>
        <w:ind w:hanging="360" w:left="72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pos="360" w:val="num"/>
        </w:tabs>
        <w:ind w:hanging="360" w:left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embedSystemFonts/>
  <w:stylePaneFormatFilter w:val="0004"/>
  <w:footnotePr>
    <w:footnote w:id="-1"/>
    <w:footnote w:id="0"/>
  </w:footnotePr>
  <w:doNotTrackMoves/>
  <w:drawingGridHorizontalSpacing w:val="360"/>
  <w:drawingGridVerticalSpacing w:val="360"/>
  <w:displayHorizontalDrawingGridEvery w:val="0"/>
  <w:displayVerticalDrawingGridEvery w:val="0"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val="bestFit"/>
  <w:proofState w:grammar="clean"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cstheme="minorBidi" w:eastAsiaTheme="minorEastAsia" w:hAnsiTheme="minorHAnsi"/>
        <w:sz w:val="22"/>
        <w:szCs w:val="22"/>
        <w:lang w:bidi="ar-SA" w:eastAsia="en-US" w:val="en-US"/>
      </w:rPr>
    </w:rPrDefault>
    <w:pPrDefault>
      <w:pPr>
        <w:spacing w:after="200" w:line="276" w:lineRule="auto"/>
      </w:pPr>
    </w:pPrDefault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FC693F"/>
    <w:rPr>
      <w:rFonts w:ascii="宋体" w:eastAsia="宋体" w:hAnsi="宋体"/>
      <w:sz w:val="21"/>
    </w:rPr>
  </w:style>
  <w:style w:styleId="Header" w:type="paragraph">
    <w:name w:val="header"/>
    <w:basedOn w:val="Normal"/>
    <w:link w:val="HeaderChar"/>
    <w:uiPriority w:val="99"/>
    <w:unhideWhenUsed/>
    <w:rsid w:val="00E618BF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E618BF"/>
  </w:style>
  <w:style w:styleId="Footer" w:type="paragraph">
    <w:name w:val="footer"/>
    <w:basedOn w:val="Normal"/>
    <w:link w:val="FooterChar"/>
    <w:uiPriority w:val="99"/>
    <w:unhideWhenUsed/>
    <w:rsid w:val="00E618BF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E618BF"/>
  </w:style>
  <w:style w:styleId="Heading1" w:type="paragraph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after="0" w:before="480"/>
      <w:outlineLvl w:val="0"/>
    </w:pPr>
    <w:rPr>
      <w:rFonts w:ascii="黑体" w:asciiTheme="majorHAnsi" w:cstheme="majorBidi" w:eastAsia="黑体" w:eastAsiaTheme="majorEastAsia" w:hAnsi="黑体" w:hAnsiTheme="majorHAnsi"/>
      <w:b/>
      <w:bCs/>
      <w:color w:themeColor="accent1" w:themeShade="BF" w:val="365F91"/>
      <w:sz w:val="44"/>
      <w:szCs w:val="28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after="0" w:before="200"/>
      <w:outlineLvl w:val="1"/>
    </w:pPr>
    <w:rPr>
      <w:rFonts w:ascii="黑体" w:asciiTheme="majorHAnsi" w:cstheme="majorBidi" w:eastAsia="黑体" w:eastAsiaTheme="majorEastAsia" w:hAnsi="黑体" w:hAnsiTheme="majorHAnsi"/>
      <w:b/>
      <w:bCs/>
      <w:color w:themeColor="accent1" w:val="4F81BD"/>
      <w:sz w:val="32"/>
      <w:szCs w:val="26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after="0" w:before="200"/>
      <w:outlineLvl w:val="2"/>
    </w:pPr>
    <w:rPr>
      <w:rFonts w:ascii="黑体" w:asciiTheme="majorHAnsi" w:cstheme="majorBidi" w:eastAsia="黑体" w:eastAsiaTheme="majorEastAsia" w:hAnsi="黑体" w:hAnsiTheme="majorHAnsi"/>
      <w:b/>
      <w:bCs/>
      <w:color w:themeColor="accent1" w:val="4F81BD"/>
      <w:sz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after="0" w:before="200"/>
      <w:outlineLvl w:val="3"/>
    </w:pPr>
    <w:rPr>
      <w:rFonts w:ascii="黑体" w:asciiTheme="majorHAnsi" w:cstheme="majorBidi" w:eastAsia="黑体" w:eastAsiaTheme="majorEastAsia" w:hAnsi="黑体" w:hAnsiTheme="majorHAnsi"/>
      <w:b/>
      <w:bCs/>
      <w:i/>
      <w:iCs/>
      <w:color w:themeColor="accent1" w:val="4F81BD"/>
      <w:sz w:val="24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color w:themeColor="accent1" w:themeShade="7F" w:val="243F60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i/>
      <w:iCs/>
      <w:color w:themeColor="accent1" w:themeShade="7F" w:val="243F60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404040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0"/>
      <w:szCs w:val="20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NoSpacing" w:type="paragraph">
    <w:name w:val="No Spacing"/>
    <w:uiPriority w:val="1"/>
    <w:qFormat/>
    <w:rsid w:val="00FC693F"/>
    <w:pPr>
      <w:spacing w:after="0" w:line="240" w:lineRule="auto"/>
    </w:pPr>
  </w:style>
  <w:style w:customStyle="1" w:styleId="Heading1Char" w:type="character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customStyle="1" w:styleId="Heading2Char" w:type="character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customStyle="1" w:styleId="Heading3Char" w:type="character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/>
      <w:bCs/>
      <w:color w:themeColor="accent1" w:val="4F81BD"/>
    </w:rPr>
  </w:style>
  <w:style w:styleId="Title" w:type="paragraph">
    <w:name w:val="Title"/>
    <w:basedOn w:val="Normal"/>
    <w:next w:val="Normal"/>
    <w:link w:val="TitleChar"/>
    <w:uiPriority w:val="10"/>
    <w:qFormat/>
    <w:rsid w:val="00FC693F"/>
    <w:pPr>
      <w:pBdr>
        <w:bottom w:color="4F81BD" w:space="4" w:sz="8" w:themeColor="accent1" w:val="single"/>
      </w:pBdr>
      <w:spacing w:after="300" w:line="240" w:lineRule="auto"/>
      <w:contextualSpacing/>
    </w:pPr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customStyle="1" w:styleId="TitleChar" w:type="character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customStyle="1" w:styleId="SubtitleChar" w:type="character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styleId="ListParagraph" w:type="paragraph">
    <w:name w:val="List Paragraph"/>
    <w:basedOn w:val="Normal"/>
    <w:uiPriority w:val="34"/>
    <w:qFormat/>
    <w:rsid w:val="00FC693F"/>
    <w:pPr>
      <w:ind w:left="720"/>
      <w:contextualSpacing/>
    </w:pPr>
  </w:style>
  <w:style w:styleId="BodyText" w:type="paragraph">
    <w:name w:val="Body Text"/>
    <w:basedOn w:val="Normal"/>
    <w:link w:val="BodyTextChar"/>
    <w:uiPriority w:val="99"/>
    <w:unhideWhenUsed/>
    <w:rsid w:val="00AA1D8D"/>
    <w:pPr>
      <w:spacing w:after="120"/>
    </w:pPr>
  </w:style>
  <w:style w:customStyle="1" w:styleId="BodyTextChar" w:type="character">
    <w:name w:val="Body Text Char"/>
    <w:basedOn w:val="DefaultParagraphFont"/>
    <w:link w:val="BodyText"/>
    <w:uiPriority w:val="99"/>
    <w:rsid w:val="00AA1D8D"/>
  </w:style>
  <w:style w:styleId="BodyText2" w:type="paragraph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customStyle="1" w:styleId="BodyText2Char" w:type="character">
    <w:name w:val="Body Text 2 Char"/>
    <w:basedOn w:val="DefaultParagraphFont"/>
    <w:link w:val="BodyText2"/>
    <w:uiPriority w:val="99"/>
    <w:rsid w:val="00AA1D8D"/>
  </w:style>
  <w:style w:styleId="BodyText3" w:type="paragraph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customStyle="1" w:styleId="BodyText3Char" w:type="characte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styleId="List" w:type="paragraph">
    <w:name w:val="List"/>
    <w:basedOn w:val="Normal"/>
    <w:uiPriority w:val="99"/>
    <w:unhideWhenUsed/>
    <w:rsid w:val="00AA1D8D"/>
    <w:pPr>
      <w:ind w:hanging="360" w:left="360"/>
      <w:contextualSpacing/>
    </w:pPr>
  </w:style>
  <w:style w:styleId="List2" w:type="paragraph">
    <w:name w:val="List 2"/>
    <w:basedOn w:val="Normal"/>
    <w:uiPriority w:val="99"/>
    <w:unhideWhenUsed/>
    <w:rsid w:val="00326F90"/>
    <w:pPr>
      <w:ind w:hanging="360" w:left="720"/>
      <w:contextualSpacing/>
    </w:pPr>
  </w:style>
  <w:style w:styleId="List3" w:type="paragraph">
    <w:name w:val="List 3"/>
    <w:basedOn w:val="Normal"/>
    <w:uiPriority w:val="99"/>
    <w:unhideWhenUsed/>
    <w:rsid w:val="00326F90"/>
    <w:pPr>
      <w:ind w:hanging="360" w:left="1080"/>
      <w:contextualSpacing/>
    </w:pPr>
  </w:style>
  <w:style w:styleId="ListBullet" w:type="paragraph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styleId="ListBullet2" w:type="paragraph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styleId="ListBullet3" w:type="paragraph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styleId="ListNumber" w:type="paragraph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styleId="ListNumber2" w:type="paragraph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styleId="ListNumber3" w:type="paragraph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styleId="ListContinue" w:type="paragraph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styleId="ListContinue2" w:type="paragraph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styleId="ListContinue3" w:type="paragraph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styleId="MacroText" w:type="paragraph">
    <w:name w:val="macro"/>
    <w:link w:val="MacroTextChar"/>
    <w:uiPriority w:val="99"/>
    <w:unhideWhenUsed/>
    <w:rsid w:val="0029639D"/>
    <w:pPr>
      <w:tabs>
        <w:tab w:pos="576" w:val="left"/>
        <w:tab w:pos="1152" w:val="left"/>
        <w:tab w:pos="1728" w:val="left"/>
        <w:tab w:pos="2304" w:val="left"/>
        <w:tab w:pos="2880" w:val="left"/>
        <w:tab w:pos="3456" w:val="left"/>
        <w:tab w:pos="4032" w:val="left"/>
      </w:tabs>
    </w:pPr>
    <w:rPr>
      <w:rFonts w:ascii="Courier" w:hAnsi="Courier"/>
      <w:sz w:val="20"/>
      <w:szCs w:val="20"/>
    </w:rPr>
  </w:style>
  <w:style w:customStyle="1" w:styleId="MacroTextChar" w:type="characte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styleId="Quote" w:type="paragraph">
    <w:name w:val="Quote"/>
    <w:basedOn w:val="Normal"/>
    <w:next w:val="Normal"/>
    <w:link w:val="QuoteChar"/>
    <w:uiPriority w:val="29"/>
    <w:qFormat/>
    <w:rsid w:val="00FC693F"/>
    <w:rPr>
      <w:i/>
      <w:iCs/>
      <w:color w:themeColor="text1" w:val="000000"/>
    </w:rPr>
  </w:style>
  <w:style w:customStyle="1" w:styleId="QuoteChar" w:type="character">
    <w:name w:val="Quote Char"/>
    <w:basedOn w:val="DefaultParagraphFont"/>
    <w:link w:val="Quote"/>
    <w:uiPriority w:val="29"/>
    <w:rsid w:val="00FC693F"/>
    <w:rPr>
      <w:i/>
      <w:iCs/>
      <w:color w:themeColor="text1" w:val="000000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FC693F"/>
    <w:rPr>
      <w:rFonts w:asciiTheme="majorHAnsi" w:cstheme="majorBidi" w:eastAsiaTheme="majorEastAsia" w:hAnsiTheme="majorHAnsi"/>
      <w:b/>
      <w:bCs/>
      <w:i/>
      <w:iCs/>
      <w:color w:themeColor="accent1" w:val="4F81BD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FC693F"/>
    <w:rPr>
      <w:rFonts w:asciiTheme="majorHAnsi" w:cstheme="majorBidi" w:eastAsiaTheme="majorEastAsia" w:hAnsiTheme="majorHAnsi"/>
      <w:color w:themeColor="accent1" w:themeShade="7F" w:val="243F60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FC693F"/>
    <w:rPr>
      <w:rFonts w:asciiTheme="majorHAnsi" w:cstheme="majorBidi" w:eastAsiaTheme="majorEastAsia" w:hAnsiTheme="majorHAnsi"/>
      <w:i/>
      <w:iCs/>
      <w:color w:themeColor="accent1" w:themeShade="7F" w:val="243F60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FC693F"/>
    <w:rPr>
      <w:rFonts w:asciiTheme="majorHAnsi" w:cstheme="majorBidi" w:eastAsiaTheme="majorEastAsia" w:hAnsiTheme="majorHAnsi"/>
      <w:i/>
      <w:iCs/>
      <w:color w:themeColor="text1" w:themeTint="BF" w:val="404040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FC693F"/>
    <w:rPr>
      <w:rFonts w:asciiTheme="majorHAnsi" w:cstheme="majorBidi" w:eastAsiaTheme="majorEastAsia" w:hAnsiTheme="majorHAnsi"/>
      <w:color w:themeColor="accent1" w:val="4F81BD"/>
      <w:sz w:val="20"/>
      <w:szCs w:val="20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FC693F"/>
    <w:rPr>
      <w:rFonts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styleId="Caption" w:type="paragraph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themeColor="accent1" w:val="4F81BD"/>
      <w:sz w:val="18"/>
      <w:szCs w:val="18"/>
    </w:rPr>
  </w:style>
  <w:style w:styleId="Strong" w:type="character">
    <w:name w:val="Strong"/>
    <w:basedOn w:val="DefaultParagraphFont"/>
    <w:uiPriority w:val="22"/>
    <w:qFormat/>
    <w:rsid w:val="00FC693F"/>
    <w:rPr>
      <w:b/>
      <w:bCs/>
    </w:rPr>
  </w:style>
  <w:style w:styleId="Emphasis" w:type="character">
    <w:name w:val="Emphasis"/>
    <w:basedOn w:val="DefaultParagraphFont"/>
    <w:uiPriority w:val="20"/>
    <w:qFormat/>
    <w:rsid w:val="00FC693F"/>
    <w:rPr>
      <w:i/>
      <w:iCs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/>
      <w:bCs/>
      <w:i/>
      <w:iCs/>
      <w:color w:themeColor="accent1" w:val="4F81BD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FC693F"/>
    <w:rPr>
      <w:b/>
      <w:bCs/>
      <w:i/>
      <w:iCs/>
      <w:color w:themeColor="accent1" w:val="4F81BD"/>
    </w:rPr>
  </w:style>
  <w:style w:styleId="SubtleEmphasis" w:type="character">
    <w:name w:val="Subtle Emphasis"/>
    <w:basedOn w:val="DefaultParagraphFont"/>
    <w:uiPriority w:val="19"/>
    <w:qFormat/>
    <w:rsid w:val="00FC693F"/>
    <w:rPr>
      <w:i/>
      <w:iCs/>
      <w:color w:themeColor="text1" w:themeTint="7F" w:val="808080"/>
    </w:rPr>
  </w:style>
  <w:style w:styleId="IntenseEmphasis" w:type="character">
    <w:name w:val="Intense Emphasis"/>
    <w:basedOn w:val="DefaultParagraphFont"/>
    <w:uiPriority w:val="21"/>
    <w:qFormat/>
    <w:rsid w:val="00FC693F"/>
    <w:rPr>
      <w:b/>
      <w:bCs/>
      <w:i/>
      <w:iCs/>
      <w:color w:themeColor="accent1" w:val="4F81BD"/>
    </w:rPr>
  </w:style>
  <w:style w:styleId="SubtleReference" w:type="character">
    <w:name w:val="Subtle Reference"/>
    <w:basedOn w:val="DefaultParagraphFont"/>
    <w:uiPriority w:val="31"/>
    <w:qFormat/>
    <w:rsid w:val="00FC693F"/>
    <w:rPr>
      <w:smallCaps/>
      <w:color w:themeColor="accent2" w:val="C0504D"/>
      <w:u w:val="single"/>
    </w:rPr>
  </w:style>
  <w:style w:styleId="IntenseReference" w:type="character">
    <w:name w:val="Intense Reference"/>
    <w:basedOn w:val="DefaultParagraphFont"/>
    <w:uiPriority w:val="32"/>
    <w:qFormat/>
    <w:rsid w:val="00FC693F"/>
    <w:rPr>
      <w:b/>
      <w:bCs/>
      <w:smallCaps/>
      <w:color w:themeColor="accent2" w:val="C0504D"/>
      <w:spacing w:val="5"/>
      <w:u w:val="single"/>
    </w:rPr>
  </w:style>
  <w:style w:styleId="BookTitle" w:type="character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styleId="TOCHeading" w:type="paragraph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styleId="TableGrid" w:type="table">
    <w:name w:val="Table Grid"/>
    <w:basedOn w:val="TableNormal"/>
    <w:uiPriority w:val="59"/>
    <w:rsid w:val="00FC693F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LightShading" w:type="table">
    <w:name w:val="Light Shading"/>
    <w:basedOn w:val="TableNormal"/>
    <w:uiPriority w:val="60"/>
    <w:rsid w:val="00FC693F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bottom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styleId="LightShading-Accent1" w:type="table">
    <w:name w:val="Light Shading Accent 1"/>
    <w:basedOn w:val="TableNormal"/>
    <w:uiPriority w:val="60"/>
    <w:rsid w:val="00FC693F"/>
    <w:pPr>
      <w:spacing w:after="0" w:line="240" w:lineRule="auto"/>
    </w:pPr>
    <w:rPr>
      <w:color w:themeColor="accent1" w:themeShade="BF" w:val="365F91"/>
    </w:rPr>
    <w:tblPr>
      <w:tblStyleRowBandSize w:val="1"/>
      <w:tblStyleColBandSize w:val="1"/>
      <w:tblInd w:type="dxa" w:w="0"/>
      <w:tblBorders>
        <w:top w:color="4F81BD" w:space="0" w:sz="8" w:themeColor="accent1" w:val="single"/>
        <w:bottom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8" w:themeColor="accent1" w:val="single"/>
          <w:left w:val="nil"/>
          <w:bottom w:color="4F81BD" w:space="0" w:sz="8" w:themeColor="accen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8" w:themeColor="accent1" w:val="single"/>
          <w:left w:val="nil"/>
          <w:bottom w:color="4F81BD" w:space="0" w:sz="8" w:themeColor="accen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</w:style>
  <w:style w:styleId="LightShading-Accent2" w:type="table">
    <w:name w:val="Light Shading Accent 2"/>
    <w:basedOn w:val="TableNormal"/>
    <w:uiPriority w:val="60"/>
    <w:rsid w:val="00FC693F"/>
    <w:pPr>
      <w:spacing w:after="0" w:line="240" w:lineRule="auto"/>
    </w:pPr>
    <w:rPr>
      <w:color w:themeColor="accent2" w:themeShade="BF" w:val="943634"/>
    </w:rPr>
    <w:tblPr>
      <w:tblStyleRowBandSize w:val="1"/>
      <w:tblStyleColBandSize w:val="1"/>
      <w:tblInd w:type="dxa" w:w="0"/>
      <w:tblBorders>
        <w:top w:color="C0504D" w:space="0" w:sz="8" w:themeColor="accent2" w:val="single"/>
        <w:bottom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8" w:themeColor="accent2" w:val="single"/>
          <w:left w:val="nil"/>
          <w:bottom w:color="C0504D" w:space="0" w:sz="8" w:themeColor="accent2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8" w:themeColor="accent2" w:val="single"/>
          <w:left w:val="nil"/>
          <w:bottom w:color="C0504D" w:space="0" w:sz="8" w:themeColor="accent2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</w:style>
  <w:style w:styleId="LightShading-Accent3" w:type="table">
    <w:name w:val="Light Shading Accent 3"/>
    <w:basedOn w:val="TableNormal"/>
    <w:uiPriority w:val="60"/>
    <w:rsid w:val="00FC693F"/>
    <w:pPr>
      <w:spacing w:after="0" w:line="240" w:lineRule="auto"/>
    </w:pPr>
    <w:rPr>
      <w:color w:themeColor="accent3" w:themeShade="BF" w:val="76923C"/>
    </w:rPr>
    <w:tblPr>
      <w:tblStyleRowBandSize w:val="1"/>
      <w:tblStyleColBandSize w:val="1"/>
      <w:tblInd w:type="dxa" w:w="0"/>
      <w:tblBorders>
        <w:top w:color="9BBB59" w:space="0" w:sz="8" w:themeColor="accent3" w:val="single"/>
        <w:bottom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8" w:themeColor="accent3" w:val="single"/>
          <w:left w:val="nil"/>
          <w:bottom w:color="9BBB59" w:space="0" w:sz="8" w:themeColor="accent3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8" w:themeColor="accent3" w:val="single"/>
          <w:left w:val="nil"/>
          <w:bottom w:color="9BBB59" w:space="0" w:sz="8" w:themeColor="accent3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</w:style>
  <w:style w:styleId="LightShading-Accent4" w:type="table">
    <w:name w:val="Light Shading Accent 4"/>
    <w:basedOn w:val="TableNormal"/>
    <w:uiPriority w:val="60"/>
    <w:rsid w:val="00FC693F"/>
    <w:pPr>
      <w:spacing w:after="0" w:line="240" w:lineRule="auto"/>
    </w:pPr>
    <w:rPr>
      <w:color w:themeColor="accent4" w:themeShade="BF" w:val="5F497A"/>
    </w:rPr>
    <w:tblPr>
      <w:tblStyleRowBandSize w:val="1"/>
      <w:tblStyleColBandSize w:val="1"/>
      <w:tblInd w:type="dxa" w:w="0"/>
      <w:tblBorders>
        <w:top w:color="8064A2" w:space="0" w:sz="8" w:themeColor="accent4" w:val="single"/>
        <w:bottom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8" w:themeColor="accent4" w:val="single"/>
          <w:left w:val="nil"/>
          <w:bottom w:color="8064A2" w:space="0" w:sz="8" w:themeColor="accent4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8" w:themeColor="accent4" w:val="single"/>
          <w:left w:val="nil"/>
          <w:bottom w:color="8064A2" w:space="0" w:sz="8" w:themeColor="accent4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</w:style>
  <w:style w:styleId="LightShading-Accent5" w:type="table">
    <w:name w:val="Light Shading Accent 5"/>
    <w:basedOn w:val="TableNormal"/>
    <w:uiPriority w:val="60"/>
    <w:rsid w:val="00FC693F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Ind w:type="dxa" w:w="0"/>
      <w:tblBorders>
        <w:top w:color="4BACC6" w:space="0" w:sz="8" w:themeColor="accent5" w:val="single"/>
        <w:bottom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LightShading-Accent6" w:type="table">
    <w:name w:val="Light Shading Accent 6"/>
    <w:basedOn w:val="TableNormal"/>
    <w:uiPriority w:val="60"/>
    <w:rsid w:val="00FC693F"/>
    <w:pPr>
      <w:spacing w:after="0" w:line="240" w:lineRule="auto"/>
    </w:pPr>
    <w:rPr>
      <w:color w:themeColor="accent6" w:themeShade="BF" w:val="E36C0A"/>
    </w:rPr>
    <w:tblPr>
      <w:tblStyleRowBandSize w:val="1"/>
      <w:tblStyleColBandSize w:val="1"/>
      <w:tblInd w:type="dxa" w:w="0"/>
      <w:tblBorders>
        <w:top w:color="F79646" w:space="0" w:sz="8" w:themeColor="accent6" w:val="single"/>
        <w:bottom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8" w:themeColor="accent6" w:val="single"/>
          <w:left w:val="nil"/>
          <w:bottom w:color="F79646" w:space="0" w:sz="8" w:themeColor="accent6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8" w:themeColor="accent6" w:val="single"/>
          <w:left w:val="nil"/>
          <w:bottom w:color="F79646" w:space="0" w:sz="8" w:themeColor="accent6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</w:style>
  <w:style w:styleId="LightList" w:type="table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styleId="LightList-Accent1" w:type="table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styleId="LightList-Accent2" w:type="table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styleId="LightList-Accent3" w:type="table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ghtList-Accent4" w:type="table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styleId="LightList-Accent5" w:type="table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styleId="LightList-Accent6" w:type="table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styleId="LightGrid" w:type="table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styleId="LightGrid-Accent1" w:type="table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styleId="LightGrid-Accent2" w:type="table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styleId="LightGrid-Accent3" w:type="table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styleId="LightGrid-Accent4" w:type="table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styleId="LightGrid-Accent5" w:type="table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styleId="LightGrid-Accent6" w:type="table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styleId="MediumShading1" w:type="table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04040" w:space="0" w:sz="8" w:themeColor="text1" w:themeTint="BF" w:val="single"/>
        <w:left w:color="404040" w:space="0" w:sz="8" w:themeColor="text1" w:themeTint="BF" w:val="single"/>
        <w:bottom w:color="404040" w:space="0" w:sz="8" w:themeColor="text1" w:themeTint="BF" w:val="single"/>
        <w:right w:color="404040" w:space="0" w:sz="8" w:themeColor="text1" w:themeTint="BF" w:val="single"/>
        <w:insideH w:color="404040" w:space="0"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404040" w:space="0" w:sz="8" w:themeColor="text1" w:themeTint="BF" w:val="single"/>
          <w:left w:color="404040" w:space="0" w:sz="8" w:themeColor="text1" w:themeTint="BF" w:val="single"/>
          <w:bottom w:color="404040" w:space="0" w:sz="8" w:themeColor="text1" w:themeTint="BF" w:val="single"/>
          <w:right w:color="404040" w:space="0" w:sz="8" w:themeColor="text1" w:themeTint="BF" w:val="single"/>
          <w:insideH w:val="nil"/>
          <w:insideV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04040" w:space="0" w:sz="6" w:themeColor="text1" w:themeTint="BF" w:val="double"/>
          <w:left w:color="404040" w:space="0" w:sz="8" w:themeColor="text1" w:themeTint="BF" w:val="single"/>
          <w:bottom w:color="404040" w:space="0" w:sz="8" w:themeColor="text1" w:themeTint="BF" w:val="single"/>
          <w:right w:color="404040" w:space="0" w:sz="8" w:themeColor="tex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C0C0C0" w:themeFill="tex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C0C0C0" w:themeFill="tex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1" w:type="table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BA0CD" w:space="0" w:sz="8" w:themeColor="accent1" w:themeTint="BF" w:val="single"/>
        <w:left w:color="7BA0CD" w:space="0" w:sz="8" w:themeColor="accent1" w:themeTint="BF" w:val="single"/>
        <w:bottom w:color="7BA0CD" w:space="0" w:sz="8" w:themeColor="accent1" w:themeTint="BF" w:val="single"/>
        <w:right w:color="7BA0CD" w:space="0" w:sz="8" w:themeColor="accent1" w:themeTint="BF" w:val="single"/>
        <w:insideH w:color="7BA0CD" w:space="0"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7BA0CD" w:space="0" w:sz="8" w:themeColor="accent1" w:themeTint="BF" w:val="single"/>
          <w:left w:color="7BA0CD" w:space="0" w:sz="8" w:themeColor="accent1" w:themeTint="BF" w:val="single"/>
          <w:bottom w:color="7BA0CD" w:space="0" w:sz="8" w:themeColor="accent1" w:themeTint="BF" w:val="single"/>
          <w:right w:color="7BA0CD" w:space="0" w:sz="8" w:themeColor="accent1" w:themeTint="BF" w:val="single"/>
          <w:insideH w:val="nil"/>
          <w:insideV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7BA0CD" w:space="0" w:sz="6" w:themeColor="accent1" w:themeTint="BF" w:val="double"/>
          <w:left w:color="7BA0CD" w:space="0" w:sz="8" w:themeColor="accent1" w:themeTint="BF" w:val="single"/>
          <w:bottom w:color="7BA0CD" w:space="0" w:sz="8" w:themeColor="accent1" w:themeTint="BF" w:val="single"/>
          <w:right w:color="7BA0CD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3DFEE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3DFEE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2" w:type="table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F7B79" w:space="0" w:sz="8" w:themeColor="accent2" w:themeTint="BF" w:val="single"/>
        <w:left w:color="CF7B79" w:space="0" w:sz="8" w:themeColor="accent2" w:themeTint="BF" w:val="single"/>
        <w:bottom w:color="CF7B79" w:space="0" w:sz="8" w:themeColor="accent2" w:themeTint="BF" w:val="single"/>
        <w:right w:color="CF7B79" w:space="0" w:sz="8" w:themeColor="accent2" w:themeTint="BF" w:val="single"/>
        <w:insideH w:color="CF7B79" w:space="0"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CF7B79" w:space="0" w:sz="8" w:themeColor="accent2" w:themeTint="BF" w:val="single"/>
          <w:left w:color="CF7B79" w:space="0" w:sz="8" w:themeColor="accent2" w:themeTint="BF" w:val="single"/>
          <w:bottom w:color="CF7B79" w:space="0" w:sz="8" w:themeColor="accent2" w:themeTint="BF" w:val="single"/>
          <w:right w:color="CF7B79" w:space="0" w:sz="8" w:themeColor="accent2" w:themeTint="BF" w:val="single"/>
          <w:insideH w:val="nil"/>
          <w:insideV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F7B79" w:space="0" w:sz="6" w:themeColor="accent2" w:themeTint="BF" w:val="double"/>
          <w:left w:color="CF7B79" w:space="0" w:sz="8" w:themeColor="accent2" w:themeTint="BF" w:val="single"/>
          <w:bottom w:color="CF7B79" w:space="0" w:sz="8" w:themeColor="accent2" w:themeTint="BF" w:val="single"/>
          <w:right w:color="CF7B79" w:space="0" w:sz="8" w:themeColor="accent2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FD3D2" w:themeFill="accent2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FD3D2" w:themeFill="accent2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3" w:type="table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B3CC82" w:space="0" w:sz="8" w:themeColor="accent3" w:themeTint="BF" w:val="single"/>
        <w:left w:color="B3CC82" w:space="0" w:sz="8" w:themeColor="accent3" w:themeTint="BF" w:val="single"/>
        <w:bottom w:color="B3CC82" w:space="0" w:sz="8" w:themeColor="accent3" w:themeTint="BF" w:val="single"/>
        <w:right w:color="B3CC82" w:space="0" w:sz="8" w:themeColor="accent3" w:themeTint="BF" w:val="single"/>
        <w:insideH w:color="B3CC82" w:space="0"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B3CC82" w:space="0" w:sz="8" w:themeColor="accent3" w:themeTint="BF" w:val="single"/>
          <w:left w:color="B3CC82" w:space="0" w:sz="8" w:themeColor="accent3" w:themeTint="BF" w:val="single"/>
          <w:bottom w:color="B3CC82" w:space="0" w:sz="8" w:themeColor="accent3" w:themeTint="BF" w:val="single"/>
          <w:right w:color="B3CC82" w:space="0" w:sz="8" w:themeColor="accent3" w:themeTint="BF" w:val="single"/>
          <w:insideH w:val="nil"/>
          <w:insideV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B3CC82" w:space="0" w:sz="6" w:themeColor="accent3" w:themeTint="BF" w:val="double"/>
          <w:left w:color="B3CC82" w:space="0" w:sz="8" w:themeColor="accent3" w:themeTint="BF" w:val="single"/>
          <w:bottom w:color="B3CC82" w:space="0" w:sz="8" w:themeColor="accent3" w:themeTint="BF" w:val="single"/>
          <w:right w:color="B3CC82" w:space="0" w:sz="8" w:themeColor="accent3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6EED5" w:themeFill="accent3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6EED5" w:themeFill="accent3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4" w:type="table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F8AB9" w:space="0" w:sz="8" w:themeColor="accent4" w:themeTint="BF" w:val="single"/>
        <w:left w:color="9F8AB9" w:space="0" w:sz="8" w:themeColor="accent4" w:themeTint="BF" w:val="single"/>
        <w:bottom w:color="9F8AB9" w:space="0" w:sz="8" w:themeColor="accent4" w:themeTint="BF" w:val="single"/>
        <w:right w:color="9F8AB9" w:space="0" w:sz="8" w:themeColor="accent4" w:themeTint="BF" w:val="single"/>
        <w:insideH w:color="9F8AB9" w:space="0"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9F8AB9" w:space="0" w:sz="8" w:themeColor="accent4" w:themeTint="BF" w:val="single"/>
          <w:left w:color="9F8AB9" w:space="0" w:sz="8" w:themeColor="accent4" w:themeTint="BF" w:val="single"/>
          <w:bottom w:color="9F8AB9" w:space="0" w:sz="8" w:themeColor="accent4" w:themeTint="BF" w:val="single"/>
          <w:right w:color="9F8AB9" w:space="0" w:sz="8" w:themeColor="accent4" w:themeTint="BF" w:val="single"/>
          <w:insideH w:val="nil"/>
          <w:insideV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F8AB9" w:space="0" w:sz="6" w:themeColor="accent4" w:themeTint="BF" w:val="double"/>
          <w:left w:color="9F8AB9" w:space="0" w:sz="8" w:themeColor="accent4" w:themeTint="BF" w:val="single"/>
          <w:bottom w:color="9F8AB9" w:space="0" w:sz="8" w:themeColor="accent4" w:themeTint="BF" w:val="single"/>
          <w:right w:color="9F8AB9" w:space="0" w:sz="8" w:themeColor="accent4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FD8E8" w:themeFill="accent4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FD8E8" w:themeFill="accent4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5" w:type="table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8C0D4" w:space="0" w:sz="8" w:themeColor="accent5" w:themeTint="BF" w:val="single"/>
        <w:left w:color="78C0D4" w:space="0" w:sz="8" w:themeColor="accent5" w:themeTint="BF" w:val="single"/>
        <w:bottom w:color="78C0D4" w:space="0" w:sz="8" w:themeColor="accent5" w:themeTint="BF" w:val="single"/>
        <w:right w:color="78C0D4" w:space="0" w:sz="8" w:themeColor="accent5" w:themeTint="BF" w:val="single"/>
        <w:insideH w:color="78C0D4" w:space="0"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78C0D4" w:space="0" w:sz="8" w:themeColor="accent5" w:themeTint="BF" w:val="single"/>
          <w:left w:color="78C0D4" w:space="0" w:sz="8" w:themeColor="accent5" w:themeTint="BF" w:val="single"/>
          <w:bottom w:color="78C0D4" w:space="0" w:sz="8" w:themeColor="accent5" w:themeTint="BF" w:val="single"/>
          <w:right w:color="78C0D4" w:space="0" w:sz="8" w:themeColor="accent5" w:themeTint="BF" w:val="single"/>
          <w:insideH w:val="nil"/>
          <w:insideV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78C0D4" w:space="0" w:sz="6" w:themeColor="accent5" w:themeTint="BF" w:val="double"/>
          <w:left w:color="78C0D4" w:space="0" w:sz="8" w:themeColor="accent5" w:themeTint="BF" w:val="single"/>
          <w:bottom w:color="78C0D4" w:space="0" w:sz="8" w:themeColor="accent5" w:themeTint="BF" w:val="single"/>
          <w:right w:color="78C0D4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2EAF1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2EAF1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6" w:type="table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9B074" w:space="0" w:sz="8" w:themeColor="accent6" w:themeTint="BF" w:val="single"/>
        <w:left w:color="F9B074" w:space="0" w:sz="8" w:themeColor="accent6" w:themeTint="BF" w:val="single"/>
        <w:bottom w:color="F9B074" w:space="0" w:sz="8" w:themeColor="accent6" w:themeTint="BF" w:val="single"/>
        <w:right w:color="F9B074" w:space="0" w:sz="8" w:themeColor="accent6" w:themeTint="BF" w:val="single"/>
        <w:insideH w:color="F9B074" w:space="0"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F9B074" w:space="0" w:sz="8" w:themeColor="accent6" w:themeTint="BF" w:val="single"/>
          <w:left w:color="F9B074" w:space="0" w:sz="8" w:themeColor="accent6" w:themeTint="BF" w:val="single"/>
          <w:bottom w:color="F9B074" w:space="0" w:sz="8" w:themeColor="accent6" w:themeTint="BF" w:val="single"/>
          <w:right w:color="F9B074" w:space="0" w:sz="8" w:themeColor="accent6" w:themeTint="BF" w:val="single"/>
          <w:insideH w:val="nil"/>
          <w:insideV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9B074" w:space="0" w:sz="6" w:themeColor="accent6" w:themeTint="BF" w:val="double"/>
          <w:left w:color="F9B074" w:space="0" w:sz="8" w:themeColor="accent6" w:themeTint="BF" w:val="single"/>
          <w:bottom w:color="F9B074" w:space="0" w:sz="8" w:themeColor="accent6" w:themeTint="BF" w:val="single"/>
          <w:right w:color="F9B07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DE4D0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DE4D0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2" w:type="table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000000" w:themeFill="text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1" w:type="table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4F81BD" w:themeFill="accent1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4F81BD" w:themeFill="accent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2" w:type="table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C0504D" w:themeFill="accent2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C0504D" w:themeFill="accent2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3" w:type="table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9BBB59" w:themeFill="accent3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9BBB59" w:themeFill="accent3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4" w:type="table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8064A2" w:themeFill="accent4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8064A2" w:themeFill="accent4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5" w:type="table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4BACC6" w:themeFill="accent5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4BACC6" w:themeFill="accent5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6" w:type="table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F79646" w:themeFill="accent6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F79646" w:themeFill="accent6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List1" w:type="table">
    <w:name w:val="Medium List 1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bottom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000000" w:space="0" w:sz="8" w:themeColor="text1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3F" w:val="clear"/>
      </w:tcPr>
    </w:tblStylePr>
    <w:tblStylePr w:type="band1Horz">
      <w:tblPr/>
      <w:tcPr>
        <w:shd w:color="auto" w:fill="C0C0C0" w:themeFill="text1" w:themeFillTint="3F" w:val="clear"/>
      </w:tcPr>
    </w:tblStylePr>
  </w:style>
  <w:style w:styleId="MediumList1-Accent1" w:type="table">
    <w:name w:val="Medium List 1 Accent 1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bottom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4F81BD" w:space="0" w:sz="8" w:themeColor="accent1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3F" w:val="clear"/>
      </w:tcPr>
    </w:tblStylePr>
    <w:tblStylePr w:type="band1Horz">
      <w:tblPr/>
      <w:tcPr>
        <w:shd w:color="auto" w:fill="D3DFEE" w:themeFill="accent1" w:themeFillTint="3F" w:val="clear"/>
      </w:tcPr>
    </w:tblStylePr>
  </w:style>
  <w:style w:styleId="MediumList1-Accent2" w:type="table">
    <w:name w:val="Medium List 1 Accent 2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bottom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C0504D" w:space="0" w:sz="8" w:themeColor="accent2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3F" w:val="clear"/>
      </w:tcPr>
    </w:tblStylePr>
    <w:tblStylePr w:type="band1Horz">
      <w:tblPr/>
      <w:tcPr>
        <w:shd w:color="auto" w:fill="EFD3D2" w:themeFill="accent2" w:themeFillTint="3F" w:val="clear"/>
      </w:tcPr>
    </w:tblStylePr>
  </w:style>
  <w:style w:styleId="MediumList1-Accent3" w:type="table">
    <w:name w:val="Medium List 1 Accent 3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bottom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9BBB59" w:space="0" w:sz="8" w:themeColor="accent3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3F" w:val="clear"/>
      </w:tcPr>
    </w:tblStylePr>
    <w:tblStylePr w:type="band1Horz">
      <w:tblPr/>
      <w:tcPr>
        <w:shd w:color="auto" w:fill="E6EED5" w:themeFill="accent3" w:themeFillTint="3F" w:val="clear"/>
      </w:tcPr>
    </w:tblStylePr>
  </w:style>
  <w:style w:styleId="MediumList1-Accent4" w:type="table">
    <w:name w:val="Medium List 1 Accent 4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bottom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8064A2" w:space="0" w:sz="8" w:themeColor="accent4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3F" w:val="clear"/>
      </w:tcPr>
    </w:tblStylePr>
    <w:tblStylePr w:type="band1Horz">
      <w:tblPr/>
      <w:tcPr>
        <w:shd w:color="auto" w:fill="DFD8E8" w:themeFill="accent4" w:themeFillTint="3F" w:val="clear"/>
      </w:tcPr>
    </w:tblStylePr>
  </w:style>
  <w:style w:styleId="MediumList1-Accent5" w:type="table">
    <w:name w:val="Medium List 1 Accent 5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bottom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4BACC6" w:space="0" w:sz="8" w:themeColor="accent5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3F" w:val="clear"/>
      </w:tcPr>
    </w:tblStylePr>
    <w:tblStylePr w:type="band1Horz">
      <w:tblPr/>
      <w:tcPr>
        <w:shd w:color="auto" w:fill="D2EAF1" w:themeFill="accent5" w:themeFillTint="3F" w:val="clear"/>
      </w:tcPr>
    </w:tblStylePr>
  </w:style>
  <w:style w:styleId="MediumList1-Accent6" w:type="table">
    <w:name w:val="Medium List 1 Accent 6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bottom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F79646" w:space="0" w:sz="8" w:themeColor="accent6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3F" w:val="clear"/>
      </w:tcPr>
    </w:tblStylePr>
    <w:tblStylePr w:type="band1Horz">
      <w:tblPr/>
      <w:tcPr>
        <w:shd w:color="auto" w:fill="FDE4D0" w:themeFill="accent6" w:themeFillTint="3F" w:val="clear"/>
      </w:tcPr>
    </w:tblStylePr>
  </w:style>
  <w:style w:styleId="MediumList2" w:type="table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000000" w:space="0" w:sz="24" w:themeColor="text1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000000" w:space="0" w:sz="8" w:themeColor="text1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000000" w:space="0" w:sz="8" w:themeColor="text1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C0C0C0" w:themeFill="text1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1" w:type="table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4F81BD" w:space="0" w:sz="24" w:themeColor="accent1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4F81BD" w:space="0" w:sz="8" w:themeColor="accent1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4F81BD" w:space="0" w:sz="8" w:themeColor="accent1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3DFEE" w:themeFill="accent1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2" w:type="table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C0504D" w:space="0" w:sz="8" w:themeColor="accent2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C0504D" w:space="0" w:sz="8" w:themeColor="accent2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EFD3D2" w:themeFill="accent2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3" w:type="table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9BBB59" w:space="0" w:sz="24" w:themeColor="accent3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9BBB59" w:space="0" w:sz="8" w:themeColor="accent3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9BBB59" w:space="0" w:sz="8" w:themeColor="accent3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E6EED5" w:themeFill="accent3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4" w:type="table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8064A2" w:space="0" w:sz="24" w:themeColor="accent4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8064A2" w:space="0" w:sz="8" w:themeColor="accent4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8064A2" w:space="0" w:sz="8" w:themeColor="accent4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FD8E8" w:themeFill="accent4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5" w:type="table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4BACC6" w:space="0" w:sz="24" w:themeColor="accent5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4BACC6" w:space="0" w:sz="8" w:themeColor="accent5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4BACC6" w:space="0" w:sz="8" w:themeColor="accent5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2EAF1" w:themeFill="accent5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6" w:type="table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F79646" w:space="0" w:sz="24" w:themeColor="accent6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F79646" w:space="0" w:sz="8" w:themeColor="accent6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F79646" w:space="0" w:sz="8" w:themeColor="accent6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FDE4D0" w:themeFill="accent6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Grid1" w:type="table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04040" w:space="0" w:sz="8" w:themeColor="text1" w:themeTint="BF" w:val="single"/>
        <w:left w:color="404040" w:space="0" w:sz="8" w:themeColor="text1" w:themeTint="BF" w:val="single"/>
        <w:bottom w:color="404040" w:space="0" w:sz="8" w:themeColor="text1" w:themeTint="BF" w:val="single"/>
        <w:right w:color="404040" w:space="0" w:sz="8" w:themeColor="text1" w:themeTint="BF" w:val="single"/>
        <w:insideH w:color="404040" w:space="0" w:sz="8" w:themeColor="text1" w:themeTint="BF" w:val="single"/>
        <w:insideV w:color="404040" w:space="0"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404040" w:space="0" w:sz="18" w:themeColor="text1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shd w:color="auto" w:fill="808080" w:themeFill="text1" w:themeFillTint="7F" w:val="clear"/>
      </w:tcPr>
    </w:tblStylePr>
  </w:style>
  <w:style w:styleId="MediumGrid1-Accent1" w:type="table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BA0CD" w:space="0" w:sz="8" w:themeColor="accent1" w:themeTint="BF" w:val="single"/>
        <w:left w:color="7BA0CD" w:space="0" w:sz="8" w:themeColor="accent1" w:themeTint="BF" w:val="single"/>
        <w:bottom w:color="7BA0CD" w:space="0" w:sz="8" w:themeColor="accent1" w:themeTint="BF" w:val="single"/>
        <w:right w:color="7BA0CD" w:space="0" w:sz="8" w:themeColor="accent1" w:themeTint="BF" w:val="single"/>
        <w:insideH w:color="7BA0CD" w:space="0" w:sz="8" w:themeColor="accent1" w:themeTint="BF" w:val="single"/>
        <w:insideV w:color="7BA0CD" w:space="0"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7BA0CD" w:space="0" w:sz="18" w:themeColor="accent1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shd w:color="auto" w:fill="A7BFDE" w:themeFill="accent1" w:themeFillTint="7F" w:val="clear"/>
      </w:tcPr>
    </w:tblStylePr>
  </w:style>
  <w:style w:styleId="MediumGrid1-Accent2" w:type="table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F7B79" w:space="0" w:sz="8" w:themeColor="accent2" w:themeTint="BF" w:val="single"/>
        <w:left w:color="CF7B79" w:space="0" w:sz="8" w:themeColor="accent2" w:themeTint="BF" w:val="single"/>
        <w:bottom w:color="CF7B79" w:space="0" w:sz="8" w:themeColor="accent2" w:themeTint="BF" w:val="single"/>
        <w:right w:color="CF7B79" w:space="0" w:sz="8" w:themeColor="accent2" w:themeTint="BF" w:val="single"/>
        <w:insideH w:color="CF7B79" w:space="0" w:sz="8" w:themeColor="accent2" w:themeTint="BF" w:val="single"/>
        <w:insideV w:color="CF7B79" w:space="0"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CF7B79" w:space="0" w:sz="18" w:themeColor="accent2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shd w:color="auto" w:fill="DFA7A6" w:themeFill="accent2" w:themeFillTint="7F" w:val="clear"/>
      </w:tcPr>
    </w:tblStylePr>
  </w:style>
  <w:style w:styleId="MediumGrid1-Accent3" w:type="table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B3CC82" w:space="0" w:sz="8" w:themeColor="accent3" w:themeTint="BF" w:val="single"/>
        <w:left w:color="B3CC82" w:space="0" w:sz="8" w:themeColor="accent3" w:themeTint="BF" w:val="single"/>
        <w:bottom w:color="B3CC82" w:space="0" w:sz="8" w:themeColor="accent3" w:themeTint="BF" w:val="single"/>
        <w:right w:color="B3CC82" w:space="0" w:sz="8" w:themeColor="accent3" w:themeTint="BF" w:val="single"/>
        <w:insideH w:color="B3CC82" w:space="0" w:sz="8" w:themeColor="accent3" w:themeTint="BF" w:val="single"/>
        <w:insideV w:color="B3CC82" w:space="0"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B3CC82" w:space="0" w:sz="18" w:themeColor="accent3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MediumGrid1-Accent4" w:type="table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F8AB9" w:space="0" w:sz="8" w:themeColor="accent4" w:themeTint="BF" w:val="single"/>
        <w:left w:color="9F8AB9" w:space="0" w:sz="8" w:themeColor="accent4" w:themeTint="BF" w:val="single"/>
        <w:bottom w:color="9F8AB9" w:space="0" w:sz="8" w:themeColor="accent4" w:themeTint="BF" w:val="single"/>
        <w:right w:color="9F8AB9" w:space="0" w:sz="8" w:themeColor="accent4" w:themeTint="BF" w:val="single"/>
        <w:insideH w:color="9F8AB9" w:space="0" w:sz="8" w:themeColor="accent4" w:themeTint="BF" w:val="single"/>
        <w:insideV w:color="9F8AB9" w:space="0"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9F8AB9" w:space="0" w:sz="18" w:themeColor="accent4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shd w:color="auto" w:fill="BFB1D0" w:themeFill="accent4" w:themeFillTint="7F" w:val="clear"/>
      </w:tcPr>
    </w:tblStylePr>
  </w:style>
  <w:style w:styleId="MediumGrid1-Accent5" w:type="table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8C0D4" w:space="0" w:sz="8" w:themeColor="accent5" w:themeTint="BF" w:val="single"/>
        <w:left w:color="78C0D4" w:space="0" w:sz="8" w:themeColor="accent5" w:themeTint="BF" w:val="single"/>
        <w:bottom w:color="78C0D4" w:space="0" w:sz="8" w:themeColor="accent5" w:themeTint="BF" w:val="single"/>
        <w:right w:color="78C0D4" w:space="0" w:sz="8" w:themeColor="accent5" w:themeTint="BF" w:val="single"/>
        <w:insideH w:color="78C0D4" w:space="0" w:sz="8" w:themeColor="accent5" w:themeTint="BF" w:val="single"/>
        <w:insideV w:color="78C0D4" w:space="0"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78C0D4" w:space="0" w:sz="18" w:themeColor="accent5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shd w:color="auto" w:fill="A5D5E2" w:themeFill="accent5" w:themeFillTint="7F" w:val="clear"/>
      </w:tcPr>
    </w:tblStylePr>
  </w:style>
  <w:style w:styleId="MediumGrid1-Accent6" w:type="table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9B074" w:space="0" w:sz="8" w:themeColor="accent6" w:themeTint="BF" w:val="single"/>
        <w:left w:color="F9B074" w:space="0" w:sz="8" w:themeColor="accent6" w:themeTint="BF" w:val="single"/>
        <w:bottom w:color="F9B074" w:space="0" w:sz="8" w:themeColor="accent6" w:themeTint="BF" w:val="single"/>
        <w:right w:color="F9B074" w:space="0" w:sz="8" w:themeColor="accent6" w:themeTint="BF" w:val="single"/>
        <w:insideH w:color="F9B074" w:space="0" w:sz="8" w:themeColor="accent6" w:themeTint="BF" w:val="single"/>
        <w:insideV w:color="F9B074" w:space="0"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F9B074" w:space="0" w:sz="18" w:themeColor="accent6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shd w:color="auto" w:fill="FBCAA2" w:themeFill="accent6" w:themeFillTint="7F" w:val="clear"/>
      </w:tcPr>
    </w:tblStylePr>
  </w:style>
  <w:style w:styleId="MediumGrid2" w:type="table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  <w:color w:themeColor="text1" w:val="000000"/>
      </w:rPr>
      <w:tblPr/>
      <w:tcPr>
        <w:shd w:color="auto" w:fill="E6E6E6" w:themeFill="text1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CCCCCC" w:themeFill="text1" w:themeFillTint="33" w:val="clear"/>
      </w:tc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1" w:type="table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  <w:color w:themeColor="text1" w:val="000000"/>
      </w:rPr>
      <w:tblPr/>
      <w:tcPr>
        <w:shd w:color="auto" w:fill="EDF2F8" w:themeFill="accent1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BE5F1" w:themeFill="accent1" w:themeFillTint="33" w:val="clear"/>
      </w:tc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2" w:type="table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  <w:color w:themeColor="text1" w:val="000000"/>
      </w:rPr>
      <w:tblPr/>
      <w:tcPr>
        <w:shd w:color="auto" w:fill="F8EDED" w:themeFill="accent2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2DBDB" w:themeFill="accent2" w:themeFillTint="33" w:val="clear"/>
      </w:tc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3" w:type="table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  <w:color w:themeColor="text1" w:val="000000"/>
      </w:rPr>
      <w:tblPr/>
      <w:tcPr>
        <w:shd w:color="auto" w:fill="F5F8EE" w:themeFill="accent3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AF1DD" w:themeFill="accent3" w:themeFillTint="33" w:val="clear"/>
      </w:tc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4" w:type="table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  <w:color w:themeColor="text1" w:val="000000"/>
      </w:rPr>
      <w:tblPr/>
      <w:tcPr>
        <w:shd w:color="auto" w:fill="F2EFF6" w:themeFill="accent4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5DFEC" w:themeFill="accent4" w:themeFillTint="33" w:val="clear"/>
      </w:tc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5" w:type="table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  <w:color w:themeColor="text1" w:val="000000"/>
      </w:rPr>
      <w:tblPr/>
      <w:tcPr>
        <w:shd w:color="auto" w:fill="EDF6F9" w:themeFill="accent5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AEEF3" w:themeFill="accent5" w:themeFillTint="33" w:val="clear"/>
      </w:tc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6" w:type="table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  <w:color w:themeColor="text1" w:val="000000"/>
      </w:rPr>
      <w:tblPr/>
      <w:tcPr>
        <w:shd w:color="auto" w:fill="FEF4EC" w:themeFill="accent6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DE9D9" w:themeFill="accent6" w:themeFillTint="33" w:val="clear"/>
      </w:tc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3" w:type="table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000000" w:themeFill="text1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808080" w:themeFill="text1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7F" w:val="clear"/>
      </w:tcPr>
    </w:tblStylePr>
  </w:style>
  <w:style w:styleId="MediumGrid3-Accent1" w:type="table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4F81BD" w:themeFill="accent1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A7BFDE" w:themeFill="accent1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7F" w:val="clear"/>
      </w:tcPr>
    </w:tblStylePr>
  </w:style>
  <w:style w:styleId="MediumGrid3-Accent2" w:type="table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C0504D" w:themeFill="accent2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DFA7A6" w:themeFill="accent2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7F" w:val="clear"/>
      </w:tcPr>
    </w:tblStylePr>
  </w:style>
  <w:style w:styleId="MediumGrid3-Accent3" w:type="table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9BBB59" w:themeFill="accent3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CDDDAC" w:themeFill="accent3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7F" w:val="clear"/>
      </w:tcPr>
    </w:tblStylePr>
  </w:style>
  <w:style w:styleId="MediumGrid3-Accent4" w:type="table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8064A2" w:themeFill="accent4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BFB1D0" w:themeFill="accent4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7F" w:val="clear"/>
      </w:tcPr>
    </w:tblStylePr>
  </w:style>
  <w:style w:styleId="MediumGrid3-Accent5" w:type="table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4BACC6" w:themeFill="accent5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A5D5E2" w:themeFill="accent5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7F" w:val="clear"/>
      </w:tcPr>
    </w:tblStylePr>
  </w:style>
  <w:style w:styleId="MediumGrid3-Accent6" w:type="table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F79646" w:themeFill="accent6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FBCAA2" w:themeFill="accent6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7F" w:val="clear"/>
      </w:tcPr>
    </w:tblStylePr>
  </w:style>
  <w:style w:styleId="DarkList" w:type="table">
    <w:name w:val="Dark List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000000" w:themeFill="text1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000000" w:themeFill="text1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</w:style>
  <w:style w:styleId="DarkList-Accent1" w:type="table">
    <w:name w:val="Dark List Accent 1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4F81BD" w:themeFill="accent1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243F60" w:themeFill="accent1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365F91" w:themeFill="accent1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</w:style>
  <w:style w:styleId="DarkList-Accent2" w:type="table">
    <w:name w:val="Dark List Accent 2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C0504D" w:themeFill="accent2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622423" w:themeFill="accent2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943634" w:themeFill="accent2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</w:style>
  <w:style w:styleId="DarkList-Accent3" w:type="table">
    <w:name w:val="Dark List Accent 3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9BBB59" w:themeFill="accent3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4E6128" w:themeFill="accent3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76923C" w:themeFill="accent3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</w:style>
  <w:style w:styleId="DarkList-Accent4" w:type="table">
    <w:name w:val="Dark List Accent 4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8064A2" w:themeFill="accent4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3F3151" w:themeFill="accent4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5F497A" w:themeFill="accent4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</w:style>
  <w:style w:styleId="DarkList-Accent5" w:type="table">
    <w:name w:val="Dark List Accent 5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4BACC6" w:themeFill="accent5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205867" w:themeFill="accent5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31849B" w:themeFill="accent5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</w:style>
  <w:style w:styleId="DarkList-Accent6" w:type="table">
    <w:name w:val="Dark List Accent 6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79646" w:themeFill="accent6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974706" w:themeFill="accent6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E36C0A" w:themeFill="accent6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</w:style>
  <w:style w:styleId="ColorfulShading" w:type="table">
    <w:name w:val="Colorful Shading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6E6" w:themeFill="text1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000000" w:themeFill="text1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000000" w:space="0" w:sz="4" w:themeColor="text1" w:themeShade="99" w:val="single"/>
          <w:insideV w:val="nil"/>
        </w:tcBorders>
        <w:shd w:color="auto" w:fill="000000" w:themeFill="text1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Vert">
      <w:tblPr/>
      <w:tcPr>
        <w:shd w:color="auto" w:fill="999999" w:themeFill="text1" w:themeFillTint="66" w:val="clear"/>
      </w:tcPr>
    </w:tblStylePr>
    <w:tblStylePr w:type="band1Horz">
      <w:tblPr/>
      <w:tcPr>
        <w:shd w:color="auto" w:fill="808080" w:themeFill="text1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1" w:type="table">
    <w:name w:val="Colorful Shading Accent 1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DF2F8" w:themeFill="accent1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2C4C74" w:space="0" w:sz="4" w:themeColor="accent1" w:themeShade="99" w:val="single"/>
          <w:insideV w:val="nil"/>
        </w:tcBorders>
        <w:shd w:color="auto" w:fill="2C4C74" w:themeFill="accent1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2C4C74" w:themeFill="accent1" w:themeFillShade="99" w:val="clear"/>
      </w:tcPr>
    </w:tblStylePr>
    <w:tblStylePr w:type="band1Vert">
      <w:tblPr/>
      <w:tcPr>
        <w:shd w:color="auto" w:fill="B8CCE4" w:themeFill="accent1" w:themeFillTint="66" w:val="clear"/>
      </w:tcPr>
    </w:tblStylePr>
    <w:tblStylePr w:type="band1Horz">
      <w:tblPr/>
      <w:tcPr>
        <w:shd w:color="auto" w:fill="A7BFDE" w:themeFill="accent1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2" w:type="table">
    <w:name w:val="Colorful Shading Accent 2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8EDED" w:themeFill="accent2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772C2A" w:space="0" w:sz="4" w:themeColor="accent2" w:themeShade="99" w:val="single"/>
          <w:insideV w:val="nil"/>
        </w:tcBorders>
        <w:shd w:color="auto" w:fill="772C2A" w:themeFill="accent2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72C2A" w:themeFill="accent2" w:themeFillShade="99" w:val="clear"/>
      </w:tcPr>
    </w:tblStylePr>
    <w:tblStylePr w:type="band1Vert">
      <w:tblPr/>
      <w:tcPr>
        <w:shd w:color="auto" w:fill="E5B8B7" w:themeFill="accent2" w:themeFillTint="66" w:val="clear"/>
      </w:tcPr>
    </w:tblStylePr>
    <w:tblStylePr w:type="band1Horz">
      <w:tblPr/>
      <w:tcPr>
        <w:shd w:color="auto" w:fill="DFA7A6" w:themeFill="accent2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3" w:type="table">
    <w:name w:val="Colorful Shading Accent 3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5F8EE" w:themeFill="accent3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8064A2" w:space="0" w:sz="24" w:themeColor="accent4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5E7530" w:space="0" w:sz="4" w:themeColor="accent3" w:themeShade="99" w:val="single"/>
          <w:insideV w:val="nil"/>
        </w:tcBorders>
        <w:shd w:color="auto" w:fill="5E7530" w:themeFill="accent3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E7530" w:themeFill="accent3" w:themeFillShade="99" w:val="clear"/>
      </w:tcPr>
    </w:tblStylePr>
    <w:tblStylePr w:type="band1Vert">
      <w:tblPr/>
      <w:tcPr>
        <w:shd w:color="auto" w:fill="D6E3BC" w:themeFill="accent3" w:themeFillTint="66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ColorfulShading-Accent4" w:type="table">
    <w:name w:val="Colorful Shading Accent 4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2EFF6" w:themeFill="accent4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9BBB59" w:space="0" w:sz="24" w:themeColor="accent3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4C3B62" w:space="0" w:sz="4" w:themeColor="accent4" w:themeShade="99" w:val="single"/>
          <w:insideV w:val="nil"/>
        </w:tcBorders>
        <w:shd w:color="auto" w:fill="4C3B62" w:themeFill="accent4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4C3B62" w:themeFill="accent4" w:themeFillShade="99" w:val="clear"/>
      </w:tcPr>
    </w:tblStylePr>
    <w:tblStylePr w:type="band1Vert">
      <w:tblPr/>
      <w:tcPr>
        <w:shd w:color="auto" w:fill="CCC0D9" w:themeFill="accent4" w:themeFillTint="66" w:val="clear"/>
      </w:tcPr>
    </w:tblStylePr>
    <w:tblStylePr w:type="band1Horz">
      <w:tblPr/>
      <w:tcPr>
        <w:shd w:color="auto" w:fill="BFB1D0" w:themeFill="accent4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5" w:type="table">
    <w:name w:val="Colorful Shading Accent 5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DF6F9" w:themeFill="accent5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F79646" w:space="0" w:sz="24" w:themeColor="accent6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276A7C" w:space="0" w:sz="4" w:themeColor="accent5" w:themeShade="99" w:val="single"/>
          <w:insideV w:val="nil"/>
        </w:tcBorders>
        <w:shd w:color="auto" w:fill="276A7C" w:themeFill="accent5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276A7C" w:themeFill="accent5" w:themeFillShade="99" w:val="clear"/>
      </w:tcPr>
    </w:tblStylePr>
    <w:tblStylePr w:type="band1Vert">
      <w:tblPr/>
      <w:tcPr>
        <w:shd w:color="auto" w:fill="B6DDE8" w:themeFill="accent5" w:themeFillTint="66" w:val="clear"/>
      </w:tcPr>
    </w:tblStylePr>
    <w:tblStylePr w:type="band1Horz">
      <w:tblPr/>
      <w:tcPr>
        <w:shd w:color="auto" w:fill="A5D5E2" w:themeFill="accent5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6" w:type="table">
    <w:name w:val="Colorful Shading Accent 6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EF4EC" w:themeFill="accent6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4BACC6" w:space="0" w:sz="24" w:themeColor="accent5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B65608" w:space="0" w:sz="4" w:themeColor="accent6" w:themeShade="99" w:val="single"/>
          <w:insideV w:val="nil"/>
        </w:tcBorders>
        <w:shd w:color="auto" w:fill="B65608" w:themeFill="accent6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B65608" w:themeFill="accent6" w:themeFillShade="99" w:val="clear"/>
      </w:tcPr>
    </w:tblStylePr>
    <w:tblStylePr w:type="band1Vert">
      <w:tblPr/>
      <w:tcPr>
        <w:shd w:color="auto" w:fill="FBD4B4" w:themeFill="accent6" w:themeFillTint="66" w:val="clear"/>
      </w:tcPr>
    </w:tblStylePr>
    <w:tblStylePr w:type="band1Horz">
      <w:tblPr/>
      <w:tcPr>
        <w:shd w:color="auto" w:fill="FBCAA2" w:themeFill="accent6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List" w:type="table">
    <w:name w:val="Colorful List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6E6E6" w:themeFill="text1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shd w:color="auto" w:fill="CCCCCC" w:themeFill="text1" w:themeFillTint="33" w:val="clear"/>
      </w:tcPr>
    </w:tblStylePr>
  </w:style>
  <w:style w:styleId="ColorfulList-Accent1" w:type="table">
    <w:name w:val="Colorful List Accent 1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DF2F8" w:themeFill="accent1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shd w:color="auto" w:fill="DBE5F1" w:themeFill="accent1" w:themeFillTint="33" w:val="clear"/>
      </w:tcPr>
    </w:tblStylePr>
  </w:style>
  <w:style w:styleId="ColorfulList-Accent2" w:type="table">
    <w:name w:val="Colorful List Accent 2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8EDED" w:themeFill="accent2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shd w:color="auto" w:fill="F2DBDB" w:themeFill="accent2" w:themeFillTint="33" w:val="clear"/>
      </w:tcPr>
    </w:tblStylePr>
  </w:style>
  <w:style w:styleId="ColorfulList-Accent3" w:type="table">
    <w:name w:val="Colorful List Accent 3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5F8EE" w:themeFill="accent3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CC" w:val="clear"/>
      </w:tcPr>
    </w:tblStylePr>
    <w:tblStylePr w:type="lastRow">
      <w:rPr>
        <w:b/>
        <w:bCs/>
        <w:color w:themeColor="accent4" w:themeShade="CC" w:val="664E82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shd w:color="auto" w:fill="EAF1DD" w:themeFill="accent3" w:themeFillTint="33" w:val="clear"/>
      </w:tcPr>
    </w:tblStylePr>
  </w:style>
  <w:style w:styleId="ColorfulList-Accent4" w:type="table">
    <w:name w:val="Colorful List Accent 4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2EFF6" w:themeFill="accent4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CC" w:val="clear"/>
      </w:tcPr>
    </w:tblStylePr>
    <w:tblStylePr w:type="lastRow">
      <w:rPr>
        <w:b/>
        <w:bCs/>
        <w:color w:themeColor="accent3" w:themeShade="CC" w:val="7E9C40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shd w:color="auto" w:fill="E5DFEC" w:themeFill="accent4" w:themeFillTint="33" w:val="clear"/>
      </w:tcPr>
    </w:tblStylePr>
  </w:style>
  <w:style w:styleId="ColorfulList-Accent5" w:type="table">
    <w:name w:val="Colorful List Accent 5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DF6F9" w:themeFill="accent5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CC" w:val="clear"/>
      </w:tcPr>
    </w:tblStylePr>
    <w:tblStylePr w:type="lastRow">
      <w:rPr>
        <w:b/>
        <w:bCs/>
        <w:color w:themeColor="accent6" w:themeShade="CC" w:val="F2730A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shd w:color="auto" w:fill="DAEEF3" w:themeFill="accent5" w:themeFillTint="33" w:val="clear"/>
      </w:tcPr>
    </w:tblStylePr>
  </w:style>
  <w:style w:styleId="ColorfulList-Accent6" w:type="table">
    <w:name w:val="Colorful List Accent 6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EF4EC" w:themeFill="accent6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CC" w:val="clear"/>
      </w:tcPr>
    </w:tblStylePr>
    <w:tblStylePr w:type="lastRow">
      <w:rPr>
        <w:b/>
        <w:bCs/>
        <w:color w:themeColor="accent5" w:themeShade="CC" w:val="348DA5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shd w:color="auto" w:fill="FDE9D9" w:themeFill="accent6" w:themeFillTint="33" w:val="clear"/>
      </w:tcPr>
    </w:tblStylePr>
  </w:style>
  <w:style w:styleId="ColorfulGrid" w:type="table">
    <w:name w:val="Colorful Grid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CCCCC" w:themeFill="text1" w:themeFillTint="33" w:val="clear"/>
    </w:tcPr>
    <w:tblStylePr w:type="firstRow">
      <w:rPr>
        <w:b/>
        <w:bCs/>
      </w:rPr>
      <w:tblPr/>
      <w:tcPr>
        <w:shd w:color="auto" w:fill="999999" w:themeFill="text1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999999" w:themeFill="text1" w:themeFillTint="66" w:val="clear"/>
      </w:tcPr>
    </w:tblStylePr>
    <w:tblStylePr w:type="firstCol">
      <w:rPr>
        <w:color w:themeColor="background1" w:val="FFFFFF"/>
      </w:rPr>
      <w:tblPr/>
      <w:tcPr>
        <w:shd w:color="auto" w:fill="000000" w:themeFill="text1" w:themeFillShade="BF" w:val="clear"/>
      </w:tcPr>
    </w:tblStylePr>
    <w:tblStylePr w:type="lastCol">
      <w:rPr>
        <w:color w:themeColor="background1" w:val="FFFFFF"/>
      </w:rPr>
      <w:tblPr/>
      <w:tcPr>
        <w:shd w:color="auto" w:fill="000000" w:themeFill="text1" w:themeFillShade="BF" w:val="clear"/>
      </w:tc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shd w:color="auto" w:fill="808080" w:themeFill="text1" w:themeFillTint="7F" w:val="clear"/>
      </w:tcPr>
    </w:tblStylePr>
  </w:style>
  <w:style w:styleId="ColorfulGrid-Accent1" w:type="table">
    <w:name w:val="Colorful Grid Accent 1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BE5F1" w:themeFill="accent1" w:themeFillTint="33" w:val="clear"/>
    </w:tcPr>
    <w:tblStylePr w:type="firstRow">
      <w:rPr>
        <w:b/>
        <w:bCs/>
      </w:rPr>
      <w:tblPr/>
      <w:tcPr>
        <w:shd w:color="auto" w:fill="B8CCE4" w:themeFill="accent1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B8CCE4" w:themeFill="accent1" w:themeFillTint="66" w:val="clear"/>
      </w:tcPr>
    </w:tblStylePr>
    <w:tblStylePr w:type="firstCol">
      <w:rPr>
        <w:color w:themeColor="background1" w:val="FFFFFF"/>
      </w:rPr>
      <w:tblPr/>
      <w:tcPr>
        <w:shd w:color="auto" w:fill="365F91" w:themeFill="accent1" w:themeFillShade="BF" w:val="clear"/>
      </w:tcPr>
    </w:tblStylePr>
    <w:tblStylePr w:type="lastCol">
      <w:rPr>
        <w:color w:themeColor="background1" w:val="FFFFFF"/>
      </w:rPr>
      <w:tblPr/>
      <w:tcPr>
        <w:shd w:color="auto" w:fill="365F91" w:themeFill="accent1" w:themeFillShade="BF" w:val="clear"/>
      </w:tc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shd w:color="auto" w:fill="A7BFDE" w:themeFill="accent1" w:themeFillTint="7F" w:val="clear"/>
      </w:tcPr>
    </w:tblStylePr>
  </w:style>
  <w:style w:styleId="ColorfulGrid-Accent2" w:type="table">
    <w:name w:val="Colorful Grid Accent 2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2DBDB" w:themeFill="accent2" w:themeFillTint="33" w:val="clear"/>
    </w:tcPr>
    <w:tblStylePr w:type="firstRow">
      <w:rPr>
        <w:b/>
        <w:bCs/>
      </w:rPr>
      <w:tblPr/>
      <w:tcPr>
        <w:shd w:color="auto" w:fill="E5B8B7" w:themeFill="accent2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E5B8B7" w:themeFill="accent2" w:themeFillTint="66" w:val="clear"/>
      </w:tcPr>
    </w:tblStylePr>
    <w:tblStylePr w:type="firstCol">
      <w:rPr>
        <w:color w:themeColor="background1" w:val="FFFFFF"/>
      </w:rPr>
      <w:tblPr/>
      <w:tcPr>
        <w:shd w:color="auto" w:fill="943634" w:themeFill="accent2" w:themeFillShade="BF" w:val="clear"/>
      </w:tcPr>
    </w:tblStylePr>
    <w:tblStylePr w:type="lastCol">
      <w:rPr>
        <w:color w:themeColor="background1" w:val="FFFFFF"/>
      </w:rPr>
      <w:tblPr/>
      <w:tcPr>
        <w:shd w:color="auto" w:fill="943634" w:themeFill="accent2" w:themeFillShade="BF" w:val="clear"/>
      </w:tc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shd w:color="auto" w:fill="DFA7A6" w:themeFill="accent2" w:themeFillTint="7F" w:val="clear"/>
      </w:tcPr>
    </w:tblStylePr>
  </w:style>
  <w:style w:styleId="ColorfulGrid-Accent3" w:type="table">
    <w:name w:val="Colorful Grid Accent 3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AF1DD" w:themeFill="accent3" w:themeFillTint="33" w:val="clear"/>
    </w:tcPr>
    <w:tblStylePr w:type="firstRow">
      <w:rPr>
        <w:b/>
        <w:bCs/>
      </w:rPr>
      <w:tblPr/>
      <w:tcPr>
        <w:shd w:color="auto" w:fill="D6E3BC" w:themeFill="accent3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D6E3BC" w:themeFill="accent3" w:themeFillTint="66" w:val="clear"/>
      </w:tcPr>
    </w:tblStylePr>
    <w:tblStylePr w:type="firstCol">
      <w:rPr>
        <w:color w:themeColor="background1" w:val="FFFFFF"/>
      </w:rPr>
      <w:tblPr/>
      <w:tcPr>
        <w:shd w:color="auto" w:fill="76923C" w:themeFill="accent3" w:themeFillShade="BF" w:val="clear"/>
      </w:tcPr>
    </w:tblStylePr>
    <w:tblStylePr w:type="lastCol">
      <w:rPr>
        <w:color w:themeColor="background1" w:val="FFFFFF"/>
      </w:rPr>
      <w:tblPr/>
      <w:tcPr>
        <w:shd w:color="auto" w:fill="76923C" w:themeFill="accent3" w:themeFillShade="BF" w:val="clear"/>
      </w:tc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ColorfulGrid-Accent4" w:type="table">
    <w:name w:val="Colorful Grid Accent 4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5DFEC" w:themeFill="accent4" w:themeFillTint="33" w:val="clear"/>
    </w:tcPr>
    <w:tblStylePr w:type="firstRow">
      <w:rPr>
        <w:b/>
        <w:bCs/>
      </w:rPr>
      <w:tblPr/>
      <w:tcPr>
        <w:shd w:color="auto" w:fill="CCC0D9" w:themeFill="accent4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CCC0D9" w:themeFill="accent4" w:themeFillTint="66" w:val="clear"/>
      </w:tcPr>
    </w:tblStylePr>
    <w:tblStylePr w:type="firstCol">
      <w:rPr>
        <w:color w:themeColor="background1" w:val="FFFFFF"/>
      </w:rPr>
      <w:tblPr/>
      <w:tcPr>
        <w:shd w:color="auto" w:fill="5F497A" w:themeFill="accent4" w:themeFillShade="BF" w:val="clear"/>
      </w:tcPr>
    </w:tblStylePr>
    <w:tblStylePr w:type="lastCol">
      <w:rPr>
        <w:color w:themeColor="background1" w:val="FFFFFF"/>
      </w:rPr>
      <w:tblPr/>
      <w:tcPr>
        <w:shd w:color="auto" w:fill="5F497A" w:themeFill="accent4" w:themeFillShade="BF" w:val="clear"/>
      </w:tc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shd w:color="auto" w:fill="BFB1D0" w:themeFill="accent4" w:themeFillTint="7F" w:val="clear"/>
      </w:tcPr>
    </w:tblStylePr>
  </w:style>
  <w:style w:styleId="ColorfulGrid-Accent5" w:type="table">
    <w:name w:val="Colorful Grid Accent 5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AEEF3" w:themeFill="accent5" w:themeFillTint="33" w:val="clear"/>
    </w:tcPr>
    <w:tblStylePr w:type="firstRow">
      <w:rPr>
        <w:b/>
        <w:bCs/>
      </w:rPr>
      <w:tblPr/>
      <w:tcPr>
        <w:shd w:color="auto" w:fill="B6DDE8" w:themeFill="accent5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B6DDE8" w:themeFill="accent5" w:themeFillTint="66" w:val="clear"/>
      </w:tcPr>
    </w:tblStylePr>
    <w:tblStylePr w:type="firstCol">
      <w:rPr>
        <w:color w:themeColor="background1" w:val="FFFFFF"/>
      </w:rPr>
      <w:tblPr/>
      <w:tcPr>
        <w:shd w:color="auto" w:fill="31849B" w:themeFill="accent5" w:themeFillShade="BF" w:val="clear"/>
      </w:tcPr>
    </w:tblStylePr>
    <w:tblStylePr w:type="lastCol">
      <w:rPr>
        <w:color w:themeColor="background1" w:val="FFFFFF"/>
      </w:rPr>
      <w:tblPr/>
      <w:tcPr>
        <w:shd w:color="auto" w:fill="31849B" w:themeFill="accent5" w:themeFillShade="BF" w:val="clear"/>
      </w:tc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shd w:color="auto" w:fill="A5D5E2" w:themeFill="accent5" w:themeFillTint="7F" w:val="clear"/>
      </w:tcPr>
    </w:tblStylePr>
  </w:style>
  <w:style w:styleId="ColorfulGrid-Accent6" w:type="table">
    <w:name w:val="Colorful Grid Accent 6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9D9" w:themeFill="accent6" w:themeFillTint="33" w:val="clear"/>
    </w:tcPr>
    <w:tblStylePr w:type="firstRow">
      <w:rPr>
        <w:b/>
        <w:bCs/>
      </w:rPr>
      <w:tblPr/>
      <w:tcPr>
        <w:shd w:color="auto" w:fill="FBD4B4" w:themeFill="accent6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FBD4B4" w:themeFill="accent6" w:themeFillTint="66" w:val="clear"/>
      </w:tcPr>
    </w:tblStylePr>
    <w:tblStylePr w:type="firstCol">
      <w:rPr>
        <w:color w:themeColor="background1" w:val="FFFFFF"/>
      </w:rPr>
      <w:tblPr/>
      <w:tcPr>
        <w:shd w:color="auto" w:fill="E36C0A" w:themeFill="accent6" w:themeFillShade="BF" w:val="clear"/>
      </w:tcPr>
    </w:tblStylePr>
    <w:tblStylePr w:type="lastCol">
      <w:rPr>
        <w:color w:themeColor="background1" w:val="FFFFFF"/>
      </w:rPr>
      <w:tblPr/>
      <w:tcPr>
        <w:shd w:color="auto" w:fill="E36C0A" w:themeFill="accent6" w:themeFillShade="BF" w:val="clear"/>
      </w:tc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shd w:color="auto" w:fill="FBCAA2" w:themeFill="accent6" w:themeFillTint="7F" w:val="clear"/>
      </w:tcPr>
    </w:tblStylePr>
  </w:style>
  <w:style w:customStyle="1" w:styleId="Table" w:type="table"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  <w:name w:val="Table"/>
    <w:tblStylePr w:type="firstRow">
      <w:rPr>
        <w:b/>
      </w:rPr>
    </w:tblStyle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1" Target="media/rId51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32" Target="media/rId3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2026-04-17T02:12:13Z</dcterms:created>
  <dcterms:modified xsi:type="dcterms:W3CDTF">2026-04-17T02:12:13Z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