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3.png" ContentType="image/png"/>
  <Override PartName="/word/media/rId10.png" ContentType="image/png"/>
  <Override PartName="/word/media/rId31.png" ContentType="image/png"/>
  <Override PartName="/word/media/rId15.png" ContentType="image/png"/>
  <Override PartName="/word/media/rId27.png" ContentType="image/png"/>
  <Override PartName="/word/media/rId19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42" w:name="流程再造对比图"/>
    <w:p>
      <w:pPr>
        <w:pStyle w:val="Heading1"/>
      </w:pPr>
      <w:r>
        <w:rPr>
          <w:rFonts w:hint="eastAsia"/>
        </w:rPr>
        <w:t xml:space="preserve">09_流程再造对比图</w:t>
      </w:r>
    </w:p>
    <w:bookmarkStart w:id="9" w:name="概述"/>
    <w:p>
      <w:pPr>
        <w:pStyle w:val="Heading2"/>
      </w:pPr>
      <w:r>
        <w:rPr>
          <w:rFonts w:hint="eastAsia"/>
        </w:rPr>
        <w:t xml:space="preserve">概述</w:t>
      </w:r>
    </w:p>
    <w:p>
      <w:pPr>
        <w:pStyle w:val="FirstParagraph"/>
      </w:pPr>
      <w:r>
        <w:rPr>
          <w:rFonts w:hint="eastAsia"/>
        </w:rPr>
        <w:t xml:space="preserve">本文档展示政务服务”一网通办”改革前后核心业务流程的对比，通过可视化方式呈现五大改革事项带来的流程优化效果。</w:t>
      </w:r>
    </w:p>
    <w:p>
      <w:r>
        <w:pict>
          <v:rect style="width:0;height:1.5pt" o:hralign="center" o:hrstd="t" o:hr="t"/>
        </w:pict>
      </w:r>
    </w:p>
    <w:bookmarkEnd w:id="9"/>
    <w:bookmarkStart w:id="14" w:name="改革前后总体流程对比"/>
    <w:p>
      <w:pPr>
        <w:pStyle w:val="Heading2"/>
      </w:pPr>
      <w:r>
        <w:rPr>
          <w:rFonts w:hint="eastAsia"/>
        </w:rPr>
        <w:t xml:space="preserve">改革前后总体流程对比</w:t>
      </w:r>
    </w:p>
    <w:bookmarkStart w:id="13" w:name="群众办事核心流程再造"/>
    <w:p>
      <w:pPr>
        <w:pStyle w:val="Heading3"/>
      </w:pPr>
      <w:r>
        <w:rPr>
          <w:rFonts w:hint="eastAsia"/>
        </w:rPr>
        <w:t xml:space="preserve">群众办事核心流程再造</w:t>
      </w:r>
    </w:p>
    <w:p>
      <w:pPr>
        <w:pStyle w:val="FirstParagraph"/>
      </w:pPr>
      <w:r>
        <w:drawing>
          <wp:inline>
            <wp:extent cx="5486400" cy="4675909"/>
            <wp:effectExtent b="0" l="0" r="0" t="0"/>
            <wp:docPr descr="diagram" title="" id="11" name="Picture"/>
            <a:graphic>
              <a:graphicData uri="http://schemas.openxmlformats.org/drawingml/2006/picture">
                <pic:pic>
                  <pic:nvPicPr>
                    <pic:cNvPr descr="/var/folders/qp/kgh35t792k9gxlvcy01r69pc0000gp/T/resized-d2-7339942664.png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759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End w:id="13"/>
    <w:bookmarkEnd w:id="14"/>
    <w:bookmarkStart w:id="35" w:name="五大改革事项流程对比"/>
    <w:p>
      <w:pPr>
        <w:pStyle w:val="Heading2"/>
      </w:pPr>
      <w:r>
        <w:rPr>
          <w:rFonts w:hint="eastAsia"/>
        </w:rPr>
        <w:t xml:space="preserve">五大改革事项流程对比</w:t>
      </w:r>
    </w:p>
    <w:bookmarkStart w:id="18" w:name="改革事项一事项标准化管理机制"/>
    <w:p>
      <w:pPr>
        <w:pStyle w:val="Heading3"/>
      </w:pPr>
      <w:r>
        <w:rPr>
          <w:rFonts w:hint="eastAsia"/>
        </w:rPr>
        <w:t xml:space="preserve">改革事项一：事项标准化管理机制</w:t>
      </w:r>
    </w:p>
    <w:p>
      <w:pPr>
        <w:pStyle w:val="FirstParagraph"/>
      </w:pPr>
      <w:r>
        <w:drawing>
          <wp:inline>
            <wp:extent cx="5486400" cy="5963910"/>
            <wp:effectExtent b="0" l="0" r="0" t="0"/>
            <wp:docPr descr="diagram" title="" id="16" name="Picture"/>
            <a:graphic>
              <a:graphicData uri="http://schemas.openxmlformats.org/drawingml/2006/picture">
                <pic:pic>
                  <pic:nvPicPr>
                    <pic:cNvPr descr="/var/folders/qp/kgh35t792k9gxlvcy01r69pc0000gp/T/resized-d2-c3dc8a9b95.png" id="17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639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End w:id="18"/>
    <w:bookmarkStart w:id="22" w:name="改革事项二全流程线上办理协同平台"/>
    <w:p>
      <w:pPr>
        <w:pStyle w:val="Heading3"/>
      </w:pPr>
      <w:r>
        <w:rPr>
          <w:rFonts w:hint="eastAsia"/>
        </w:rPr>
        <w:t xml:space="preserve">改革事项二：全流程线上办理协同平台</w:t>
      </w:r>
    </w:p>
    <w:p>
      <w:pPr>
        <w:pStyle w:val="FirstParagraph"/>
      </w:pPr>
      <w:r>
        <w:drawing>
          <wp:inline>
            <wp:extent cx="5486400" cy="4283461"/>
            <wp:effectExtent b="0" l="0" r="0" t="0"/>
            <wp:docPr descr="diagram" title="" id="20" name="Picture"/>
            <a:graphic>
              <a:graphicData uri="http://schemas.openxmlformats.org/drawingml/2006/picture">
                <pic:pic>
                  <pic:nvPicPr>
                    <pic:cNvPr descr="/var/folders/qp/kgh35t792k9gxlvcy01r69pc0000gp/T/resized-d2-ed519b1633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834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End w:id="22"/>
    <w:bookmarkStart w:id="26" w:name="改革事项三电子证照归集复用服务机制"/>
    <w:p>
      <w:pPr>
        <w:pStyle w:val="Heading3"/>
      </w:pPr>
      <w:r>
        <w:rPr>
          <w:rFonts w:hint="eastAsia"/>
        </w:rPr>
        <w:t xml:space="preserve">改革事项三：电子证照归集复用服务机制</w:t>
      </w:r>
    </w:p>
    <w:p>
      <w:pPr>
        <w:pStyle w:val="FirstParagraph"/>
      </w:pPr>
      <w:r>
        <w:drawing>
          <wp:inline>
            <wp:extent cx="5486400" cy="7441395"/>
            <wp:effectExtent b="0" l="0" r="0" t="0"/>
            <wp:docPr descr="diagram" title="" id="24" name="Picture"/>
            <a:graphic>
              <a:graphicData uri="http://schemas.openxmlformats.org/drawingml/2006/picture">
                <pic:pic>
                  <pic:nvPicPr>
                    <pic:cNvPr descr="/var/folders/qp/kgh35t792k9gxlvcy01r69pc0000gp/T/resized-d2-17dd6d4790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413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End w:id="26"/>
    <w:bookmarkStart w:id="30" w:name="改革事项四办件监督与效能评估体系"/>
    <w:p>
      <w:pPr>
        <w:pStyle w:val="Heading3"/>
      </w:pPr>
      <w:r>
        <w:rPr>
          <w:rFonts w:hint="eastAsia"/>
        </w:rPr>
        <w:t xml:space="preserve">改革事项四：办件监督与效能评估体系</w:t>
      </w:r>
    </w:p>
    <w:p>
      <w:pPr>
        <w:pStyle w:val="FirstParagraph"/>
      </w:pPr>
      <w:r>
        <w:drawing>
          <wp:inline>
            <wp:extent cx="5486400" cy="7125194"/>
            <wp:effectExtent b="0" l="0" r="0" t="0"/>
            <wp:docPr descr="diagram" title="" id="28" name="Picture"/>
            <a:graphic>
              <a:graphicData uri="http://schemas.openxmlformats.org/drawingml/2006/picture">
                <pic:pic>
                  <pic:nvPicPr>
                    <pic:cNvPr descr="/var/folders/qp/kgh35t792k9gxlvcy01r69pc0000gp/T/resized-d2-d78ecc5a40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251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End w:id="30"/>
    <w:bookmarkStart w:id="34" w:name="改革事项五一网通办专项政策支撑"/>
    <w:p>
      <w:pPr>
        <w:pStyle w:val="Heading3"/>
      </w:pPr>
      <w:r>
        <w:rPr>
          <w:rFonts w:hint="eastAsia"/>
        </w:rPr>
        <w:t xml:space="preserve">改革事项五：一网通办专项政策支撑</w:t>
      </w:r>
    </w:p>
    <w:p>
      <w:pPr>
        <w:pStyle w:val="FirstParagraph"/>
      </w:pPr>
      <w:r>
        <w:drawing>
          <wp:inline>
            <wp:extent cx="5486400" cy="7315200"/>
            <wp:effectExtent b="0" l="0" r="0" t="0"/>
            <wp:docPr descr="diagram" title="" id="32" name="Picture"/>
            <a:graphic>
              <a:graphicData uri="http://schemas.openxmlformats.org/drawingml/2006/picture">
                <pic:pic>
                  <pic:nvPicPr>
                    <pic:cNvPr descr="/var/folders/qp/kgh35t792k9gxlvcy01r69pc0000gp/T/resized-d2-8e7499ec90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pict>
          <v:rect style="width:0;height:1.5pt" o:hralign="center" o:hrstd="t" o:hr="t"/>
        </w:pict>
      </w:r>
    </w:p>
    <w:bookmarkEnd w:id="34"/>
    <w:bookmarkEnd w:id="35"/>
    <w:bookmarkStart w:id="37" w:name="改革成效汇总"/>
    <w:p>
      <w:pPr>
        <w:pStyle w:val="Heading2"/>
      </w:pPr>
      <w:r>
        <w:rPr>
          <w:rFonts w:hint="eastAsia"/>
        </w:rPr>
        <w:t xml:space="preserve">改革成效汇总</w:t>
      </w:r>
    </w:p>
    <w:bookmarkStart w:id="36" w:name="量化指标对比"/>
    <w:p>
      <w:pPr>
        <w:pStyle w:val="Heading3"/>
      </w:pPr>
      <w:r>
        <w:rPr>
          <w:rFonts w:hint="eastAsia"/>
        </w:rPr>
        <w:t xml:space="preserve">量化指标对比</w:t>
      </w:r>
    </w:p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800"/>
        <w:gridCol w:w="1440"/>
        <w:gridCol w:w="1440"/>
        <w:gridCol w:w="1440"/>
        <w:gridCol w:w="180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改革事项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指标项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改革前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改革后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改善幅度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事项标准化管理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事项标准覆盖率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[待填写]%</w:t>
            </w:r>
          </w:p>
        </w:tc>
        <w:tc>
          <w:tcPr/>
          <w:p>
            <w:pPr>
              <w:pStyle w:val="Compact"/>
            </w:pPr>
            <w:r>
              <w:t xml:space="preserve">100%</w:t>
            </w:r>
          </w:p>
        </w:tc>
        <w:tc>
          <w:tcPr/>
          <w:p>
            <w:pPr>
              <w:pStyle w:val="Compact"/>
            </w:pPr>
            <w:r>
              <w:t xml:space="preserve">—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全流程线上办理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流程闭环覆盖率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[待填写]%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95%以上</w:t>
            </w:r>
          </w:p>
        </w:tc>
        <w:tc>
          <w:tcPr/>
          <w:p>
            <w:pPr>
              <w:pStyle w:val="Compact"/>
            </w:pPr>
            <w:r>
              <w:t xml:space="preserve">—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全流程线上办理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平均办理时限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[待填写]天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压缩[待填写]%</w:t>
            </w:r>
          </w:p>
        </w:tc>
        <w:tc>
          <w:tcPr/>
          <w:p>
            <w:pPr>
              <w:pStyle w:val="Compact"/>
            </w:pPr>
            <w:r>
              <w:t xml:space="preserve">—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电子证照归集复用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电子证照复用率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[待填写]%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80%以上</w:t>
            </w:r>
          </w:p>
        </w:tc>
        <w:tc>
          <w:tcPr/>
          <w:p>
            <w:pPr>
              <w:pStyle w:val="Compact"/>
            </w:pPr>
            <w:r>
              <w:t xml:space="preserve">—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电子证照归集复用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群众平均提交材料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[待填写]份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少提交[待填写]份</w:t>
            </w:r>
          </w:p>
        </w:tc>
        <w:tc>
          <w:tcPr/>
          <w:p>
            <w:pPr>
              <w:pStyle w:val="Compact"/>
            </w:pPr>
            <w:r>
              <w:t xml:space="preserve">—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办件监督与效能评估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超期办理率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[待填写]%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降低[待填写]%</w:t>
            </w:r>
          </w:p>
        </w:tc>
        <w:tc>
          <w:tcPr/>
          <w:p>
            <w:pPr>
              <w:pStyle w:val="Compact"/>
            </w:pPr>
            <w:r>
              <w:t xml:space="preserve">—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办件监督与效能评估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群众满意度参与率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[待填写]%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提升至[待填写]%</w:t>
            </w:r>
          </w:p>
        </w:tc>
        <w:tc>
          <w:tcPr/>
          <w:p>
            <w:pPr>
              <w:pStyle w:val="Compact"/>
            </w:pPr>
            <w:r>
              <w:t xml:space="preserve">—</w:t>
            </w:r>
          </w:p>
        </w:tc>
      </w:tr>
    </w:tbl>
    <w:p>
      <w:r>
        <w:pict>
          <v:rect style="width:0;height:1.5pt" o:hralign="center" o:hrstd="t" o:hr="t"/>
        </w:pict>
      </w:r>
    </w:p>
    <w:bookmarkEnd w:id="36"/>
    <w:bookmarkEnd w:id="37"/>
    <w:bookmarkStart w:id="40" w:name="核心变化总结"/>
    <w:p>
      <w:pPr>
        <w:pStyle w:val="Heading2"/>
      </w:pPr>
      <w:r>
        <w:rPr>
          <w:rFonts w:hint="eastAsia"/>
        </w:rPr>
        <w:t xml:space="preserve">核心变化总结</w:t>
      </w:r>
    </w:p>
    <w:bookmarkStart w:id="38" w:name="三个维度优化"/>
    <w:p>
      <w:pPr>
        <w:pStyle w:val="Heading3"/>
      </w:pPr>
      <w:r>
        <w:rPr>
          <w:rFonts w:hint="eastAsia"/>
        </w:rPr>
        <w:t xml:space="preserve">三个维度优化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维度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改革前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改革后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  <w:b/>
                <w:bCs/>
              </w:rPr>
              <w:t xml:space="preserve">压缩环节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多窗跑、多次跑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一口受理、一次提交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  <w:b/>
                <w:bCs/>
              </w:rPr>
              <w:t xml:space="preserve">智能环节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人工核验、人工统计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AI比对、实时预警</w:t>
            </w:r>
          </w:p>
        </w:tc>
      </w:tr>
      <w:tr>
        <w:tc>
          <w:tcPr/>
          <w:p>
            <w:pPr>
              <w:pStyle w:val="Compact"/>
            </w:pPr>
            <w:r>
              <w:rPr>
                <w:rFonts w:hint="eastAsia"/>
                <w:b/>
                <w:bCs/>
              </w:rPr>
              <w:t xml:space="preserve">创新环节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被动响应、事后监督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主动服务、效能排名</w:t>
            </w:r>
          </w:p>
        </w:tc>
      </w:tr>
    </w:tbl>
    <w:bookmarkEnd w:id="38"/>
    <w:bookmarkStart w:id="39" w:name="关键突破"/>
    <w:p>
      <w:pPr>
        <w:pStyle w:val="Heading3"/>
      </w:pPr>
      <w:r>
        <w:rPr>
          <w:rFonts w:hint="eastAsia"/>
        </w:rPr>
        <w:t xml:space="preserve">关键突破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  <w:b/>
          <w:bCs/>
        </w:rPr>
        <w:t xml:space="preserve">体制性障碍突破</w:t>
      </w:r>
      <w:r>
        <w:rPr>
          <w:rFonts w:hint="eastAsia"/>
        </w:rPr>
        <w:t xml:space="preserve">：事项标准从28个部门分散管理收归政务服务管理局统一管理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  <w:b/>
          <w:bCs/>
        </w:rPr>
        <w:t xml:space="preserve">机制性梗阻打通</w:t>
      </w:r>
      <w:r>
        <w:rPr>
          <w:rFonts w:hint="eastAsia"/>
        </w:rPr>
        <w:t xml:space="preserve">：896项政务服务事项实现”一口受理、分工办理”</w:t>
      </w:r>
    </w:p>
    <w:p>
      <w:pPr>
        <w:pStyle w:val="Compact"/>
        <w:numPr>
          <w:ilvl w:val="0"/>
          <w:numId w:val="1001"/>
        </w:numPr>
      </w:pPr>
      <w:r>
        <w:rPr>
          <w:rFonts w:hint="eastAsia"/>
          <w:b/>
          <w:bCs/>
        </w:rPr>
        <w:t xml:space="preserve">政策空白填补</w:t>
      </w:r>
      <w:r>
        <w:rPr>
          <w:rFonts w:hint="eastAsia"/>
        </w:rPr>
        <w:t xml:space="preserve">：电子证照应用有法可依、数据共享有章可循</w:t>
      </w:r>
    </w:p>
    <w:p>
      <w:r>
        <w:pict>
          <v:rect style="width:0;height:1.5pt" o:hralign="center" o:hrstd="t" o:hr="t"/>
        </w:pict>
      </w:r>
    </w:p>
    <w:bookmarkEnd w:id="39"/>
    <w:bookmarkEnd w:id="40"/>
    <w:bookmarkStart w:id="41" w:name="数据替换清单"/>
    <w:p>
      <w:pPr>
        <w:pStyle w:val="Heading2"/>
      </w:pPr>
      <w:r>
        <w:rPr>
          <w:rFonts w:hint="eastAsia"/>
        </w:rPr>
        <w:t xml:space="preserve">数据替换清单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序号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占位符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说明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建议获取渠道</w:t>
            </w:r>
          </w:p>
        </w:tc>
      </w:tr>
      <w:tr>
        <w:tc>
          <w:tcPr/>
          <w:p>
            <w:pPr>
              <w:pStyle w:val="Compact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[待填写]%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事项标准当前覆盖率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政务服务管理局自查报告</w:t>
            </w:r>
          </w:p>
        </w:tc>
      </w:tr>
      <w:tr>
        <w:tc>
          <w:tcPr/>
          <w:p>
            <w:pPr>
              <w:pStyle w:val="Compact"/>
            </w:pPr>
            <w:r>
              <w:t xml:space="preserve">2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[待填写]天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平均办理时限当前值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政务服务管理局督查报告</w:t>
            </w:r>
          </w:p>
        </w:tc>
      </w:tr>
      <w:tr>
        <w:tc>
          <w:tcPr/>
          <w:p>
            <w:pPr>
              <w:pStyle w:val="Compact"/>
            </w:pPr>
            <w:r>
              <w:t xml:space="preserve">3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[待填写]%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流程闭环覆盖率当前值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一体化政务服务平台统计</w:t>
            </w:r>
          </w:p>
        </w:tc>
      </w:tr>
      <w:tr>
        <w:tc>
          <w:tcPr/>
          <w:p>
            <w:pPr>
              <w:pStyle w:val="Compact"/>
            </w:pPr>
            <w:r>
              <w:t xml:space="preserve">4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[待填写]%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电子证照复用率当前值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电子证照库运营报告</w:t>
            </w:r>
          </w:p>
        </w:tc>
      </w:tr>
      <w:tr>
        <w:tc>
          <w:tcPr/>
          <w:p>
            <w:pPr>
              <w:pStyle w:val="Compact"/>
            </w:pPr>
            <w:r>
              <w:t xml:space="preserve">5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[待填写]份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群众平均提交材料份数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政务服务满意度调查</w:t>
            </w:r>
          </w:p>
        </w:tc>
      </w:tr>
      <w:tr>
        <w:tc>
          <w:tcPr/>
          <w:p>
            <w:pPr>
              <w:pStyle w:val="Compact"/>
            </w:pPr>
            <w:r>
              <w:t xml:space="preserve">6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[待填写]%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超期办理率当前值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效能监控系统统计</w:t>
            </w:r>
          </w:p>
        </w:tc>
      </w:tr>
      <w:tr>
        <w:tc>
          <w:tcPr/>
          <w:p>
            <w:pPr>
              <w:pStyle w:val="Compact"/>
            </w:pPr>
            <w:r>
              <w:t xml:space="preserve">7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[待填写]%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群众满意度评价参与率</w:t>
            </w:r>
          </w:p>
        </w:tc>
        <w:tc>
          <w:tcPr/>
          <w:p>
            <w:pPr>
              <w:pStyle w:val="Compact"/>
            </w:pPr>
            <w:r>
              <w:rPr>
                <w:rFonts w:hint="eastAsia"/>
              </w:rPr>
              <w:t xml:space="preserve">好差评系统统计</w:t>
            </w:r>
          </w:p>
        </w:tc>
      </w:tr>
    </w:tbl>
    <w:p>
      <w:r>
        <w:pict>
          <v:rect style="width:0;height:1.5pt" o:hralign="center" o:hrstd="t" o:hr="t"/>
        </w:pict>
      </w:r>
    </w:p>
    <w:p>
      <w:pPr>
        <w:pStyle w:val="BlockText"/>
      </w:pPr>
      <w:r>
        <w:rPr>
          <w:rFonts w:hint="eastAsia"/>
          <w:b/>
          <w:bCs/>
        </w:rPr>
        <w:t xml:space="preserve">产出物说明</w:t>
      </w:r>
      <w:r>
        <w:rPr>
          <w:rFonts w:hint="eastAsia"/>
        </w:rPr>
        <w:t xml:space="preserve">：本流程再造对比图基于改革清单五大改革事项构建，展示了政务服务”一网通办”改革在体制性障碍、机制性梗阻、政策空白三个维度上的突破。图表使用D2语法绘制，确保转换为Word文档后布局清晰、渲染正确。</w:t>
      </w:r>
    </w:p>
    <w:bookmarkEnd w:id="41"/>
    <w:bookmarkEnd w:id="42"/>
    <w:sectPr w:rsidR="00FC693F" w:rsidRPr="0006063C" w:rsidSect="00034616">
      <w:pgSz w:h="15840" w:w="12240"/>
      <w:pgMar w:bottom="1440" w:footer="720" w:gutter="0" w:header="720" w:left="1800" w:right="1800" w:top="1440"/>
      <w:cols w:space="720"/>
      <w:docGrid w:linePitch="36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pos="1800" w:val="num"/>
        </w:tabs>
        <w:ind w:hanging="360" w:left="180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pos="1440" w:val="num"/>
        </w:tabs>
        <w:ind w:hanging="360" w:left="144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pos="1080" w:val="num"/>
        </w:tabs>
        <w:ind w:hanging="360" w:left="108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pos="720" w:val="num"/>
        </w:tabs>
        <w:ind w:hanging="360" w:left="72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pos="1440" w:val="num"/>
        </w:tabs>
        <w:ind w:hanging="360" w:left="144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pos="1080" w:val="num"/>
        </w:tabs>
        <w:ind w:hanging="360" w:left="108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pos="720" w:val="num"/>
        </w:tabs>
        <w:ind w:hanging="360" w:left="72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pos="360" w:val="num"/>
        </w:tabs>
        <w:ind w:hanging="360" w:left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00">
    <w:abstractNumId w:val="990"/>
  </w:num>
  <w:num w:numId="1001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val="bestFit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w:themeFontLang w:eastAsia="ja-JP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oNotAutoCompressPictures/>
  <w:shapeDefaults>
    <o:shapedefaults spidmax="1027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cstheme="minorBidi" w:eastAsiaTheme="minorEastAsia" w:hAnsiTheme="minorHAnsi"/>
        <w:sz w:val="22"/>
        <w:szCs w:val="22"/>
        <w:lang w:bidi="ar-SA" w:eastAsia="en-US" w:val="en-US"/>
      </w:rPr>
    </w:rPrDefault>
    <w:pPrDefault>
      <w:pPr>
        <w:spacing w:after="200" w:line="276" w:lineRule="auto"/>
      </w:pPr>
    </w:pPrDefault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FC693F"/>
    <w:rPr>
      <w:rFonts w:ascii="宋体" w:eastAsia="宋体" w:hAnsi="宋体"/>
      <w:sz w:val="21"/>
    </w:rPr>
  </w:style>
  <w:style w:styleId="Header" w:type="paragraph">
    <w:name w:val="header"/>
    <w:basedOn w:val="Normal"/>
    <w:link w:val="HeaderChar"/>
    <w:uiPriority w:val="99"/>
    <w:unhideWhenUsed/>
    <w:rsid w:val="00E618BF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E618BF"/>
  </w:style>
  <w:style w:styleId="Footer" w:type="paragraph">
    <w:name w:val="footer"/>
    <w:basedOn w:val="Normal"/>
    <w:link w:val="FooterChar"/>
    <w:uiPriority w:val="99"/>
    <w:unhideWhenUsed/>
    <w:rsid w:val="00E618BF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E618BF"/>
  </w:style>
  <w:style w:styleId="Heading1" w:type="paragraph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after="0" w:before="480"/>
      <w:outlineLvl w:val="0"/>
    </w:pPr>
    <w:rPr>
      <w:rFonts w:ascii="黑体" w:asciiTheme="majorHAnsi" w:cstheme="majorBidi" w:eastAsia="黑体" w:eastAsiaTheme="majorEastAsia" w:hAnsi="黑体" w:hAnsiTheme="majorHAnsi"/>
      <w:b/>
      <w:bCs/>
      <w:color w:themeColor="accent1" w:themeShade="BF" w:val="365F91"/>
      <w:sz w:val="44"/>
      <w:szCs w:val="28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after="0" w:before="200"/>
      <w:outlineLvl w:val="1"/>
    </w:pPr>
    <w:rPr>
      <w:rFonts w:ascii="黑体" w:asciiTheme="majorHAnsi" w:cstheme="majorBidi" w:eastAsia="黑体" w:eastAsiaTheme="majorEastAsia" w:hAnsi="黑体" w:hAnsiTheme="majorHAnsi"/>
      <w:b/>
      <w:bCs/>
      <w:color w:themeColor="accent1" w:val="4F81BD"/>
      <w:sz w:val="32"/>
      <w:szCs w:val="26"/>
    </w:rPr>
  </w:style>
  <w:style w:styleId="Heading3" w:type="paragraph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after="0" w:before="200"/>
      <w:outlineLvl w:val="2"/>
    </w:pPr>
    <w:rPr>
      <w:rFonts w:ascii="黑体" w:asciiTheme="majorHAnsi" w:cstheme="majorBidi" w:eastAsia="黑体" w:eastAsiaTheme="majorEastAsia" w:hAnsi="黑体" w:hAnsiTheme="majorHAnsi"/>
      <w:b/>
      <w:bCs/>
      <w:color w:themeColor="accent1" w:val="4F81BD"/>
      <w:sz w:val="28"/>
    </w:rPr>
  </w:style>
  <w:style w:styleId="Heading4" w:type="paragraph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after="0" w:before="200"/>
      <w:outlineLvl w:val="3"/>
    </w:pPr>
    <w:rPr>
      <w:rFonts w:ascii="黑体" w:asciiTheme="majorHAnsi" w:cstheme="majorBidi" w:eastAsia="黑体" w:eastAsiaTheme="majorEastAsia" w:hAnsi="黑体" w:hAnsiTheme="majorHAnsi"/>
      <w:b/>
      <w:bCs/>
      <w:i/>
      <w:iCs/>
      <w:color w:themeColor="accent1" w:val="4F81BD"/>
      <w:sz w:val="24"/>
    </w:rPr>
  </w:style>
  <w:style w:styleId="Heading5" w:type="paragraph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color w:themeColor="accent1" w:themeShade="7F" w:val="243F60"/>
    </w:rPr>
  </w:style>
  <w:style w:styleId="Heading6" w:type="paragraph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i/>
      <w:iCs/>
      <w:color w:themeColor="accent1" w:themeShade="7F" w:val="243F60"/>
    </w:rPr>
  </w:style>
  <w:style w:styleId="Heading7" w:type="paragraph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i/>
      <w:iCs/>
      <w:color w:themeColor="text1" w:themeTint="BF" w:val="404040"/>
    </w:rPr>
  </w:style>
  <w:style w:styleId="Heading8" w:type="paragraph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0"/>
      <w:szCs w:val="20"/>
    </w:rPr>
  </w:style>
  <w:style w:styleId="Heading9" w:type="paragraph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i/>
      <w:iCs/>
      <w:color w:themeColor="text1" w:themeTint="BF" w:val="404040"/>
      <w:sz w:val="20"/>
      <w:szCs w:val="20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NoSpacing" w:type="paragraph">
    <w:name w:val="No Spacing"/>
    <w:uiPriority w:val="1"/>
    <w:qFormat/>
    <w:rsid w:val="00FC693F"/>
    <w:pPr>
      <w:spacing w:after="0" w:line="240" w:lineRule="auto"/>
    </w:pPr>
  </w:style>
  <w:style w:customStyle="1" w:styleId="Heading1Char" w:type="character">
    <w:name w:val="Heading 1 Char"/>
    <w:basedOn w:val="DefaultParagraphFont"/>
    <w:link w:val="Heading1"/>
    <w:uiPriority w:val="9"/>
    <w:rsid w:val="00FC693F"/>
    <w:rPr>
      <w:rFonts w:asciiTheme="majorHAnsi" w:cstheme="majorBidi" w:eastAsiaTheme="majorEastAsia" w:hAnsiTheme="majorHAnsi"/>
      <w:b/>
      <w:bCs/>
      <w:color w:themeColor="accent1" w:themeShade="BF" w:val="365F91"/>
      <w:sz w:val="28"/>
      <w:szCs w:val="28"/>
    </w:rPr>
  </w:style>
  <w:style w:customStyle="1" w:styleId="Heading2Char" w:type="character">
    <w:name w:val="Heading 2 Char"/>
    <w:basedOn w:val="DefaultParagraphFont"/>
    <w:link w:val="Heading2"/>
    <w:uiPriority w:val="9"/>
    <w:rsid w:val="00FC693F"/>
    <w:rPr>
      <w:rFonts w:asciiTheme="majorHAnsi" w:cstheme="majorBidi" w:eastAsiaTheme="majorEastAsia" w:hAnsiTheme="majorHAnsi"/>
      <w:b/>
      <w:bCs/>
      <w:color w:themeColor="accent1" w:val="4F81BD"/>
      <w:sz w:val="26"/>
      <w:szCs w:val="26"/>
    </w:rPr>
  </w:style>
  <w:style w:customStyle="1" w:styleId="Heading3Char" w:type="character">
    <w:name w:val="Heading 3 Char"/>
    <w:basedOn w:val="DefaultParagraphFont"/>
    <w:link w:val="Heading3"/>
    <w:uiPriority w:val="9"/>
    <w:rsid w:val="00FC693F"/>
    <w:rPr>
      <w:rFonts w:asciiTheme="majorHAnsi" w:cstheme="majorBidi" w:eastAsiaTheme="majorEastAsia" w:hAnsiTheme="majorHAnsi"/>
      <w:b/>
      <w:bCs/>
      <w:color w:themeColor="accent1" w:val="4F81BD"/>
    </w:rPr>
  </w:style>
  <w:style w:styleId="Title" w:type="paragraph">
    <w:name w:val="Title"/>
    <w:basedOn w:val="Normal"/>
    <w:next w:val="Normal"/>
    <w:link w:val="TitleChar"/>
    <w:uiPriority w:val="10"/>
    <w:qFormat/>
    <w:rsid w:val="00FC693F"/>
    <w:pPr>
      <w:pBdr>
        <w:bottom w:color="4F81BD" w:space="4" w:sz="8" w:themeColor="accent1" w:val="single"/>
      </w:pBdr>
      <w:spacing w:after="300" w:line="240" w:lineRule="auto"/>
      <w:contextualSpacing/>
    </w:pPr>
    <w:rPr>
      <w:rFonts w:asciiTheme="majorHAnsi" w:cstheme="majorBidi" w:eastAsiaTheme="majorEastAsia" w:hAnsiTheme="majorHAnsi"/>
      <w:color w:themeColor="text2" w:themeShade="BF" w:val="17365D"/>
      <w:spacing w:val="5"/>
      <w:kern w:val="28"/>
      <w:sz w:val="52"/>
      <w:szCs w:val="52"/>
    </w:rPr>
  </w:style>
  <w:style w:customStyle="1" w:styleId="TitleChar" w:type="character">
    <w:name w:val="Title Char"/>
    <w:basedOn w:val="DefaultParagraphFont"/>
    <w:link w:val="Title"/>
    <w:uiPriority w:val="10"/>
    <w:rsid w:val="00FC693F"/>
    <w:rPr>
      <w:rFonts w:asciiTheme="majorHAnsi" w:cstheme="majorBidi" w:eastAsiaTheme="majorEastAsia" w:hAnsiTheme="majorHAnsi"/>
      <w:color w:themeColor="text2" w:themeShade="BF" w:val="17365D"/>
      <w:spacing w:val="5"/>
      <w:kern w:val="28"/>
      <w:sz w:val="52"/>
      <w:szCs w:val="52"/>
    </w:rPr>
  </w:style>
  <w:style w:styleId="Subtitle" w:type="paragraph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cstheme="majorBidi" w:eastAsiaTheme="majorEastAsia" w:hAnsiTheme="majorHAnsi"/>
      <w:i/>
      <w:iCs/>
      <w:color w:themeColor="accent1" w:val="4F81BD"/>
      <w:spacing w:val="15"/>
      <w:sz w:val="24"/>
      <w:szCs w:val="24"/>
    </w:rPr>
  </w:style>
  <w:style w:customStyle="1" w:styleId="SubtitleChar" w:type="character">
    <w:name w:val="Subtitle Char"/>
    <w:basedOn w:val="DefaultParagraphFont"/>
    <w:link w:val="Subtitle"/>
    <w:uiPriority w:val="11"/>
    <w:rsid w:val="00FC693F"/>
    <w:rPr>
      <w:rFonts w:asciiTheme="majorHAnsi" w:cstheme="majorBidi" w:eastAsiaTheme="majorEastAsia" w:hAnsiTheme="majorHAnsi"/>
      <w:i/>
      <w:iCs/>
      <w:color w:themeColor="accent1" w:val="4F81BD"/>
      <w:spacing w:val="15"/>
      <w:sz w:val="24"/>
      <w:szCs w:val="24"/>
    </w:rPr>
  </w:style>
  <w:style w:styleId="ListParagraph" w:type="paragraph">
    <w:name w:val="List Paragraph"/>
    <w:basedOn w:val="Normal"/>
    <w:uiPriority w:val="34"/>
    <w:qFormat/>
    <w:rsid w:val="00FC693F"/>
    <w:pPr>
      <w:ind w:left="720"/>
      <w:contextualSpacing/>
    </w:pPr>
  </w:style>
  <w:style w:styleId="BodyText" w:type="paragraph">
    <w:name w:val="Body Text"/>
    <w:basedOn w:val="Normal"/>
    <w:link w:val="BodyTextChar"/>
    <w:uiPriority w:val="99"/>
    <w:unhideWhenUsed/>
    <w:rsid w:val="00AA1D8D"/>
    <w:pPr>
      <w:spacing w:after="120"/>
    </w:pPr>
  </w:style>
  <w:style w:customStyle="1" w:styleId="BodyTextChar" w:type="character">
    <w:name w:val="Body Text Char"/>
    <w:basedOn w:val="DefaultParagraphFont"/>
    <w:link w:val="BodyText"/>
    <w:uiPriority w:val="99"/>
    <w:rsid w:val="00AA1D8D"/>
  </w:style>
  <w:style w:styleId="BodyText2" w:type="paragraph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customStyle="1" w:styleId="BodyText2Char" w:type="character">
    <w:name w:val="Body Text 2 Char"/>
    <w:basedOn w:val="DefaultParagraphFont"/>
    <w:link w:val="BodyText2"/>
    <w:uiPriority w:val="99"/>
    <w:rsid w:val="00AA1D8D"/>
  </w:style>
  <w:style w:styleId="BodyText3" w:type="paragraph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customStyle="1" w:styleId="BodyText3Char" w:type="characte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styleId="List" w:type="paragraph">
    <w:name w:val="List"/>
    <w:basedOn w:val="Normal"/>
    <w:uiPriority w:val="99"/>
    <w:unhideWhenUsed/>
    <w:rsid w:val="00AA1D8D"/>
    <w:pPr>
      <w:ind w:hanging="360" w:left="360"/>
      <w:contextualSpacing/>
    </w:pPr>
  </w:style>
  <w:style w:styleId="List2" w:type="paragraph">
    <w:name w:val="List 2"/>
    <w:basedOn w:val="Normal"/>
    <w:uiPriority w:val="99"/>
    <w:unhideWhenUsed/>
    <w:rsid w:val="00326F90"/>
    <w:pPr>
      <w:ind w:hanging="360" w:left="720"/>
      <w:contextualSpacing/>
    </w:pPr>
  </w:style>
  <w:style w:styleId="List3" w:type="paragraph">
    <w:name w:val="List 3"/>
    <w:basedOn w:val="Normal"/>
    <w:uiPriority w:val="99"/>
    <w:unhideWhenUsed/>
    <w:rsid w:val="00326F90"/>
    <w:pPr>
      <w:ind w:hanging="360" w:left="1080"/>
      <w:contextualSpacing/>
    </w:pPr>
  </w:style>
  <w:style w:styleId="ListBullet" w:type="paragraph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styleId="ListBullet2" w:type="paragraph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styleId="ListBullet3" w:type="paragraph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styleId="ListNumber" w:type="paragraph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styleId="ListNumber2" w:type="paragraph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styleId="ListNumber3" w:type="paragraph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styleId="ListContinue" w:type="paragraph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styleId="ListContinue2" w:type="paragraph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styleId="ListContinue3" w:type="paragraph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styleId="MacroText" w:type="paragraph">
    <w:name w:val="macro"/>
    <w:link w:val="MacroTextChar"/>
    <w:uiPriority w:val="99"/>
    <w:unhideWhenUsed/>
    <w:rsid w:val="0029639D"/>
    <w:pPr>
      <w:tabs>
        <w:tab w:pos="576" w:val="left"/>
        <w:tab w:pos="1152" w:val="left"/>
        <w:tab w:pos="1728" w:val="left"/>
        <w:tab w:pos="2304" w:val="left"/>
        <w:tab w:pos="2880" w:val="left"/>
        <w:tab w:pos="3456" w:val="left"/>
        <w:tab w:pos="4032" w:val="left"/>
      </w:tabs>
    </w:pPr>
    <w:rPr>
      <w:rFonts w:ascii="Courier" w:hAnsi="Courier"/>
      <w:sz w:val="20"/>
      <w:szCs w:val="20"/>
    </w:rPr>
  </w:style>
  <w:style w:customStyle="1" w:styleId="MacroTextChar" w:type="characte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styleId="Quote" w:type="paragraph">
    <w:name w:val="Quote"/>
    <w:basedOn w:val="Normal"/>
    <w:next w:val="Normal"/>
    <w:link w:val="QuoteChar"/>
    <w:uiPriority w:val="29"/>
    <w:qFormat/>
    <w:rsid w:val="00FC693F"/>
    <w:rPr>
      <w:i/>
      <w:iCs/>
      <w:color w:themeColor="text1" w:val="000000"/>
    </w:rPr>
  </w:style>
  <w:style w:customStyle="1" w:styleId="QuoteChar" w:type="character">
    <w:name w:val="Quote Char"/>
    <w:basedOn w:val="DefaultParagraphFont"/>
    <w:link w:val="Quote"/>
    <w:uiPriority w:val="29"/>
    <w:rsid w:val="00FC693F"/>
    <w:rPr>
      <w:i/>
      <w:iCs/>
      <w:color w:themeColor="text1" w:val="000000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FC693F"/>
    <w:rPr>
      <w:rFonts w:asciiTheme="majorHAnsi" w:cstheme="majorBidi" w:eastAsiaTheme="majorEastAsia" w:hAnsiTheme="majorHAnsi"/>
      <w:b/>
      <w:bCs/>
      <w:i/>
      <w:iCs/>
      <w:color w:themeColor="accent1" w:val="4F81BD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FC693F"/>
    <w:rPr>
      <w:rFonts w:asciiTheme="majorHAnsi" w:cstheme="majorBidi" w:eastAsiaTheme="majorEastAsia" w:hAnsiTheme="majorHAnsi"/>
      <w:color w:themeColor="accent1" w:themeShade="7F" w:val="243F60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FC693F"/>
    <w:rPr>
      <w:rFonts w:asciiTheme="majorHAnsi" w:cstheme="majorBidi" w:eastAsiaTheme="majorEastAsia" w:hAnsiTheme="majorHAnsi"/>
      <w:i/>
      <w:iCs/>
      <w:color w:themeColor="accent1" w:themeShade="7F" w:val="243F60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FC693F"/>
    <w:rPr>
      <w:rFonts w:asciiTheme="majorHAnsi" w:cstheme="majorBidi" w:eastAsiaTheme="majorEastAsia" w:hAnsiTheme="majorHAnsi"/>
      <w:i/>
      <w:iCs/>
      <w:color w:themeColor="text1" w:themeTint="BF" w:val="404040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FC693F"/>
    <w:rPr>
      <w:rFonts w:asciiTheme="majorHAnsi" w:cstheme="majorBidi" w:eastAsiaTheme="majorEastAsia" w:hAnsiTheme="majorHAnsi"/>
      <w:color w:themeColor="accent1" w:val="4F81BD"/>
      <w:sz w:val="20"/>
      <w:szCs w:val="20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FC693F"/>
    <w:rPr>
      <w:rFonts w:asciiTheme="majorHAnsi" w:cstheme="majorBidi" w:eastAsiaTheme="majorEastAsia" w:hAnsiTheme="majorHAnsi"/>
      <w:i/>
      <w:iCs/>
      <w:color w:themeColor="text1" w:themeTint="BF" w:val="404040"/>
      <w:sz w:val="20"/>
      <w:szCs w:val="20"/>
    </w:rPr>
  </w:style>
  <w:style w:styleId="Caption" w:type="paragraph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themeColor="accent1" w:val="4F81BD"/>
      <w:sz w:val="18"/>
      <w:szCs w:val="18"/>
    </w:rPr>
  </w:style>
  <w:style w:styleId="Strong" w:type="character">
    <w:name w:val="Strong"/>
    <w:basedOn w:val="DefaultParagraphFont"/>
    <w:uiPriority w:val="22"/>
    <w:qFormat/>
    <w:rsid w:val="00FC693F"/>
    <w:rPr>
      <w:b/>
      <w:bCs/>
    </w:rPr>
  </w:style>
  <w:style w:styleId="Emphasis" w:type="character">
    <w:name w:val="Emphasis"/>
    <w:basedOn w:val="DefaultParagraphFont"/>
    <w:uiPriority w:val="20"/>
    <w:qFormat/>
    <w:rsid w:val="00FC693F"/>
    <w:rPr>
      <w:i/>
      <w:iCs/>
    </w:rPr>
  </w:style>
  <w:style w:styleId="IntenseQuote" w:type="paragraph">
    <w:name w:val="Intense Quote"/>
    <w:basedOn w:val="Normal"/>
    <w:next w:val="Normal"/>
    <w:link w:val="IntenseQuoteChar"/>
    <w:uiPriority w:val="30"/>
    <w:qFormat/>
    <w:rsid w:val="00FC693F"/>
    <w:pPr>
      <w:pBdr>
        <w:bottom w:color="4F81BD" w:space="4" w:sz="4" w:themeColor="accent1" w:val="single"/>
      </w:pBdr>
      <w:spacing w:after="280" w:before="200"/>
      <w:ind w:left="936" w:right="936"/>
    </w:pPr>
    <w:rPr>
      <w:b/>
      <w:bCs/>
      <w:i/>
      <w:iCs/>
      <w:color w:themeColor="accent1" w:val="4F81BD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FC693F"/>
    <w:rPr>
      <w:b/>
      <w:bCs/>
      <w:i/>
      <w:iCs/>
      <w:color w:themeColor="accent1" w:val="4F81BD"/>
    </w:rPr>
  </w:style>
  <w:style w:styleId="SubtleEmphasis" w:type="character">
    <w:name w:val="Subtle Emphasis"/>
    <w:basedOn w:val="DefaultParagraphFont"/>
    <w:uiPriority w:val="19"/>
    <w:qFormat/>
    <w:rsid w:val="00FC693F"/>
    <w:rPr>
      <w:i/>
      <w:iCs/>
      <w:color w:themeColor="text1" w:themeTint="7F" w:val="808080"/>
    </w:rPr>
  </w:style>
  <w:style w:styleId="IntenseEmphasis" w:type="character">
    <w:name w:val="Intense Emphasis"/>
    <w:basedOn w:val="DefaultParagraphFont"/>
    <w:uiPriority w:val="21"/>
    <w:qFormat/>
    <w:rsid w:val="00FC693F"/>
    <w:rPr>
      <w:b/>
      <w:bCs/>
      <w:i/>
      <w:iCs/>
      <w:color w:themeColor="accent1" w:val="4F81BD"/>
    </w:rPr>
  </w:style>
  <w:style w:styleId="SubtleReference" w:type="character">
    <w:name w:val="Subtle Reference"/>
    <w:basedOn w:val="DefaultParagraphFont"/>
    <w:uiPriority w:val="31"/>
    <w:qFormat/>
    <w:rsid w:val="00FC693F"/>
    <w:rPr>
      <w:smallCaps/>
      <w:color w:themeColor="accent2" w:val="C0504D"/>
      <w:u w:val="single"/>
    </w:rPr>
  </w:style>
  <w:style w:styleId="IntenseReference" w:type="character">
    <w:name w:val="Intense Reference"/>
    <w:basedOn w:val="DefaultParagraphFont"/>
    <w:uiPriority w:val="32"/>
    <w:qFormat/>
    <w:rsid w:val="00FC693F"/>
    <w:rPr>
      <w:b/>
      <w:bCs/>
      <w:smallCaps/>
      <w:color w:themeColor="accent2" w:val="C0504D"/>
      <w:spacing w:val="5"/>
      <w:u w:val="single"/>
    </w:rPr>
  </w:style>
  <w:style w:styleId="BookTitle" w:type="character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styleId="TOCHeading" w:type="paragraph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styleId="TableGrid" w:type="table">
    <w:name w:val="Table Grid"/>
    <w:basedOn w:val="TableNormal"/>
    <w:uiPriority w:val="59"/>
    <w:rsid w:val="00FC693F"/>
    <w:pPr>
      <w:spacing w:after="0" w:line="240" w:lineRule="auto"/>
    </w:pPr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LightShading" w:type="table">
    <w:name w:val="Light Shading"/>
    <w:basedOn w:val="TableNormal"/>
    <w:uiPriority w:val="60"/>
    <w:rsid w:val="00FC693F"/>
    <w:pPr>
      <w:spacing w:after="0" w:line="240" w:lineRule="auto"/>
    </w:pPr>
    <w:rPr>
      <w:color w:themeColor="text1" w:themeShade="BF" w:val="000000"/>
    </w:rPr>
    <w:tblPr>
      <w:tblStyleRowBandSize w:val="1"/>
      <w:tblStyleColBandSize w:val="1"/>
      <w:tblInd w:type="dxa" w:w="0"/>
      <w:tblBorders>
        <w:top w:color="000000" w:space="0" w:sz="8" w:themeColor="text1" w:val="single"/>
        <w:bottom w:color="000000" w:space="0" w:sz="8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000000" w:space="0" w:sz="8" w:themeColor="text1" w:val="single"/>
          <w:left w:val="nil"/>
          <w:bottom w:color="000000" w:space="0" w:sz="8" w:themeColor="text1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000000" w:space="0" w:sz="8" w:themeColor="text1" w:val="single"/>
          <w:left w:val="nil"/>
          <w:bottom w:color="000000" w:space="0" w:sz="8" w:themeColor="text1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</w:style>
  <w:style w:styleId="LightShading-Accent1" w:type="table">
    <w:name w:val="Light Shading Accent 1"/>
    <w:basedOn w:val="TableNormal"/>
    <w:uiPriority w:val="60"/>
    <w:rsid w:val="00FC693F"/>
    <w:pPr>
      <w:spacing w:after="0" w:line="240" w:lineRule="auto"/>
    </w:pPr>
    <w:rPr>
      <w:color w:themeColor="accent1" w:themeShade="BF" w:val="365F91"/>
    </w:rPr>
    <w:tblPr>
      <w:tblStyleRowBandSize w:val="1"/>
      <w:tblStyleColBandSize w:val="1"/>
      <w:tblInd w:type="dxa" w:w="0"/>
      <w:tblBorders>
        <w:top w:color="4F81BD" w:space="0" w:sz="8" w:themeColor="accent1" w:val="single"/>
        <w:bottom w:color="4F81BD" w:space="0" w:sz="8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4F81BD" w:space="0" w:sz="8" w:themeColor="accent1" w:val="single"/>
          <w:left w:val="nil"/>
          <w:bottom w:color="4F81BD" w:space="0" w:sz="8" w:themeColor="accent1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4F81BD" w:space="0" w:sz="8" w:themeColor="accent1" w:val="single"/>
          <w:left w:val="nil"/>
          <w:bottom w:color="4F81BD" w:space="0" w:sz="8" w:themeColor="accent1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3DFEE" w:themeFill="accent1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D3DFEE" w:themeFill="accent1" w:themeFillTint="3F" w:val="clear"/>
      </w:tcPr>
    </w:tblStylePr>
  </w:style>
  <w:style w:styleId="LightShading-Accent2" w:type="table">
    <w:name w:val="Light Shading Accent 2"/>
    <w:basedOn w:val="TableNormal"/>
    <w:uiPriority w:val="60"/>
    <w:rsid w:val="00FC693F"/>
    <w:pPr>
      <w:spacing w:after="0" w:line="240" w:lineRule="auto"/>
    </w:pPr>
    <w:rPr>
      <w:color w:themeColor="accent2" w:themeShade="BF" w:val="943634"/>
    </w:rPr>
    <w:tblPr>
      <w:tblStyleRowBandSize w:val="1"/>
      <w:tblStyleColBandSize w:val="1"/>
      <w:tblInd w:type="dxa" w:w="0"/>
      <w:tblBorders>
        <w:top w:color="C0504D" w:space="0" w:sz="8" w:themeColor="accent2" w:val="single"/>
        <w:bottom w:color="C0504D" w:space="0" w:sz="8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C0504D" w:space="0" w:sz="8" w:themeColor="accent2" w:val="single"/>
          <w:left w:val="nil"/>
          <w:bottom w:color="C0504D" w:space="0" w:sz="8" w:themeColor="accent2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C0504D" w:space="0" w:sz="8" w:themeColor="accent2" w:val="single"/>
          <w:left w:val="nil"/>
          <w:bottom w:color="C0504D" w:space="0" w:sz="8" w:themeColor="accent2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EFD3D2" w:themeFill="accent2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EFD3D2" w:themeFill="accent2" w:themeFillTint="3F" w:val="clear"/>
      </w:tcPr>
    </w:tblStylePr>
  </w:style>
  <w:style w:styleId="LightShading-Accent3" w:type="table">
    <w:name w:val="Light Shading Accent 3"/>
    <w:basedOn w:val="TableNormal"/>
    <w:uiPriority w:val="60"/>
    <w:rsid w:val="00FC693F"/>
    <w:pPr>
      <w:spacing w:after="0" w:line="240" w:lineRule="auto"/>
    </w:pPr>
    <w:rPr>
      <w:color w:themeColor="accent3" w:themeShade="BF" w:val="76923C"/>
    </w:rPr>
    <w:tblPr>
      <w:tblStyleRowBandSize w:val="1"/>
      <w:tblStyleColBandSize w:val="1"/>
      <w:tblInd w:type="dxa" w:w="0"/>
      <w:tblBorders>
        <w:top w:color="9BBB59" w:space="0" w:sz="8" w:themeColor="accent3" w:val="single"/>
        <w:bottom w:color="9BBB59" w:space="0" w:sz="8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8" w:themeColor="accent3" w:val="single"/>
          <w:left w:val="nil"/>
          <w:bottom w:color="9BBB59" w:space="0" w:sz="8" w:themeColor="accent3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8" w:themeColor="accent3" w:val="single"/>
          <w:left w:val="nil"/>
          <w:bottom w:color="9BBB59" w:space="0" w:sz="8" w:themeColor="accent3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E6EED5" w:themeFill="accent3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E6EED5" w:themeFill="accent3" w:themeFillTint="3F" w:val="clear"/>
      </w:tcPr>
    </w:tblStylePr>
  </w:style>
  <w:style w:styleId="LightShading-Accent4" w:type="table">
    <w:name w:val="Light Shading Accent 4"/>
    <w:basedOn w:val="TableNormal"/>
    <w:uiPriority w:val="60"/>
    <w:rsid w:val="00FC693F"/>
    <w:pPr>
      <w:spacing w:after="0" w:line="240" w:lineRule="auto"/>
    </w:pPr>
    <w:rPr>
      <w:color w:themeColor="accent4" w:themeShade="BF" w:val="5F497A"/>
    </w:rPr>
    <w:tblPr>
      <w:tblStyleRowBandSize w:val="1"/>
      <w:tblStyleColBandSize w:val="1"/>
      <w:tblInd w:type="dxa" w:w="0"/>
      <w:tblBorders>
        <w:top w:color="8064A2" w:space="0" w:sz="8" w:themeColor="accent4" w:val="single"/>
        <w:bottom w:color="8064A2" w:space="0" w:sz="8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8064A2" w:space="0" w:sz="8" w:themeColor="accent4" w:val="single"/>
          <w:left w:val="nil"/>
          <w:bottom w:color="8064A2" w:space="0" w:sz="8" w:themeColor="accent4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8064A2" w:space="0" w:sz="8" w:themeColor="accent4" w:val="single"/>
          <w:left w:val="nil"/>
          <w:bottom w:color="8064A2" w:space="0" w:sz="8" w:themeColor="accent4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FD8E8" w:themeFill="accent4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DFD8E8" w:themeFill="accent4" w:themeFillTint="3F" w:val="clear"/>
      </w:tcPr>
    </w:tblStylePr>
  </w:style>
  <w:style w:styleId="LightShading-Accent5" w:type="table">
    <w:name w:val="Light Shading Accent 5"/>
    <w:basedOn w:val="TableNormal"/>
    <w:uiPriority w:val="60"/>
    <w:rsid w:val="00FC693F"/>
    <w:pPr>
      <w:spacing w:after="0" w:line="240" w:lineRule="auto"/>
    </w:pPr>
    <w:rPr>
      <w:color w:themeColor="accent5" w:themeShade="BF" w:val="31849B"/>
    </w:rPr>
    <w:tblPr>
      <w:tblStyleRowBandSize w:val="1"/>
      <w:tblStyleColBandSize w:val="1"/>
      <w:tblInd w:type="dxa" w:w="0"/>
      <w:tblBorders>
        <w:top w:color="4BACC6" w:space="0" w:sz="8" w:themeColor="accent5" w:val="single"/>
        <w:bottom w:color="4BACC6" w:space="0" w:sz="8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4BACC6" w:space="0" w:sz="8" w:themeColor="accent5" w:val="single"/>
          <w:left w:val="nil"/>
          <w:bottom w:color="4BACC6" w:space="0" w:sz="8" w:themeColor="accent5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4BACC6" w:space="0" w:sz="8" w:themeColor="accent5" w:val="single"/>
          <w:left w:val="nil"/>
          <w:bottom w:color="4BACC6" w:space="0" w:sz="8" w:themeColor="accent5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</w:style>
  <w:style w:styleId="LightShading-Accent6" w:type="table">
    <w:name w:val="Light Shading Accent 6"/>
    <w:basedOn w:val="TableNormal"/>
    <w:uiPriority w:val="60"/>
    <w:rsid w:val="00FC693F"/>
    <w:pPr>
      <w:spacing w:after="0" w:line="240" w:lineRule="auto"/>
    </w:pPr>
    <w:rPr>
      <w:color w:themeColor="accent6" w:themeShade="BF" w:val="E36C0A"/>
    </w:rPr>
    <w:tblPr>
      <w:tblStyleRowBandSize w:val="1"/>
      <w:tblStyleColBandSize w:val="1"/>
      <w:tblInd w:type="dxa" w:w="0"/>
      <w:tblBorders>
        <w:top w:color="F79646" w:space="0" w:sz="8" w:themeColor="accent6" w:val="single"/>
        <w:bottom w:color="F79646" w:space="0" w:sz="8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</w:rPr>
      <w:tblPr/>
      <w:tcPr>
        <w:tcBorders>
          <w:top w:color="F79646" w:space="0" w:sz="8" w:themeColor="accent6" w:val="single"/>
          <w:left w:val="nil"/>
          <w:bottom w:color="F79646" w:space="0" w:sz="8" w:themeColor="accent6" w:val="single"/>
          <w:right w:val="nil"/>
          <w:insideH w:val="nil"/>
          <w:insideV w:val="nil"/>
        </w:tcBorders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F79646" w:space="0" w:sz="8" w:themeColor="accent6" w:val="single"/>
          <w:left w:val="nil"/>
          <w:bottom w:color="F79646" w:space="0" w:sz="8" w:themeColor="accent6" w:val="single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FDE4D0" w:themeFill="accent6" w:themeFillTint="3F" w:val="clear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color="auto" w:fill="FDE4D0" w:themeFill="accent6" w:themeFillTint="3F" w:val="clear"/>
      </w:tcPr>
    </w:tblStylePr>
  </w:style>
  <w:style w:styleId="LightList" w:type="table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type="dxa" w:w="0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styleId="LightList-Accent1" w:type="table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type="dxa" w:w="0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</w:style>
  <w:style w:styleId="LightList-Accent2" w:type="table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</w:style>
  <w:style w:styleId="LightList-Accent3" w:type="table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ghtList-Accent4" w:type="table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</w:style>
  <w:style w:styleId="LightList-Accent5" w:type="table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</w:style>
  <w:style w:styleId="LightList-Accent6" w:type="table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</w:style>
  <w:style w:styleId="LightGrid" w:type="table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styleId="LightGrid-Accent1" w:type="table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18" w:themeColor="accent1" w:val="single"/>
          <w:right w:color="4F81BD" w:space="0" w:sz="8" w:themeColor="accent1" w:val="single"/>
          <w:insideH w:val="nil"/>
          <w:insideV w:color="4F81BD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4F81BD" w:space="0" w:sz="6" w:themeColor="accent1" w:val="doub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H w:val="nil"/>
          <w:insideV w:color="4F81BD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</w:tcPr>
    </w:tblStylePr>
    <w:tblStylePr w:type="band1Vert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</w:tcBorders>
        <w:shd w:color="auto" w:fill="D3DFEE" w:themeFill="accent1" w:themeFillTint="3F" w:val="clear"/>
      </w:tcPr>
    </w:tblStylePr>
    <w:tblStylePr w:type="band1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  <w:shd w:color="auto" w:fill="D3DFEE" w:themeFill="accent1" w:themeFillTint="3F" w:val="clear"/>
      </w:tcPr>
    </w:tblStylePr>
    <w:tblStylePr w:type="band2Horz">
      <w:tblPr/>
      <w:tcPr>
        <w:tcBorders>
          <w:top w:color="4F81BD" w:space="0" w:sz="8" w:themeColor="accent1" w:val="single"/>
          <w:left w:color="4F81BD" w:space="0" w:sz="8" w:themeColor="accent1" w:val="single"/>
          <w:bottom w:color="4F81BD" w:space="0" w:sz="8" w:themeColor="accent1" w:val="single"/>
          <w:right w:color="4F81BD" w:space="0" w:sz="8" w:themeColor="accent1" w:val="single"/>
          <w:insideV w:color="4F81BD" w:space="0" w:sz="8" w:themeColor="accent1" w:val="single"/>
        </w:tcBorders>
      </w:tcPr>
    </w:tblStylePr>
  </w:style>
  <w:style w:styleId="LightGrid-Accent2" w:type="table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18" w:themeColor="accent2" w:val="single"/>
          <w:right w:color="C0504D" w:space="0" w:sz="8" w:themeColor="accent2" w:val="single"/>
          <w:insideH w:val="nil"/>
          <w:insideV w:color="C0504D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C0504D" w:space="0" w:sz="6" w:themeColor="accent2" w:val="doub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H w:val="nil"/>
          <w:insideV w:color="C0504D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</w:tcPr>
    </w:tblStylePr>
    <w:tblStylePr w:type="band1Vert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</w:tcBorders>
        <w:shd w:color="auto" w:fill="EFD3D2" w:themeFill="accent2" w:themeFillTint="3F" w:val="clear"/>
      </w:tcPr>
    </w:tblStylePr>
    <w:tblStylePr w:type="band1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  <w:shd w:color="auto" w:fill="EFD3D2" w:themeFill="accent2" w:themeFillTint="3F" w:val="clear"/>
      </w:tcPr>
    </w:tblStylePr>
    <w:tblStylePr w:type="band2Horz">
      <w:tblPr/>
      <w:tcPr>
        <w:tcBorders>
          <w:top w:color="C0504D" w:space="0" w:sz="8" w:themeColor="accent2" w:val="single"/>
          <w:left w:color="C0504D" w:space="0" w:sz="8" w:themeColor="accent2" w:val="single"/>
          <w:bottom w:color="C0504D" w:space="0" w:sz="8" w:themeColor="accent2" w:val="single"/>
          <w:right w:color="C0504D" w:space="0" w:sz="8" w:themeColor="accent2" w:val="single"/>
          <w:insideV w:color="C0504D" w:space="0" w:sz="8" w:themeColor="accent2" w:val="single"/>
        </w:tcBorders>
      </w:tcPr>
    </w:tblStylePr>
  </w:style>
  <w:style w:styleId="LightGrid-Accent3" w:type="table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18" w:themeColor="accent3" w:val="single"/>
          <w:right w:color="9BBB59" w:space="0" w:sz="8" w:themeColor="accent3" w:val="single"/>
          <w:insideH w:val="nil"/>
          <w:insideV w:color="9BBB5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H w:val="nil"/>
          <w:insideV w:color="9BBB5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  <w:shd w:color="auto" w:fill="E6EED5" w:themeFill="accent3" w:themeFillTint="3F" w:val="clear"/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  <w:shd w:color="auto" w:fill="E6EED5" w:themeFill="accent3" w:themeFillTint="3F" w:val="clear"/>
      </w:tcPr>
    </w:tblStylePr>
    <w:tblStylePr w:type="band2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  <w:insideV w:color="9BBB59" w:space="0" w:sz="8" w:themeColor="accent3" w:val="single"/>
        </w:tcBorders>
      </w:tcPr>
    </w:tblStylePr>
  </w:style>
  <w:style w:styleId="LightGrid-Accent4" w:type="table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18" w:themeColor="accent4" w:val="single"/>
          <w:right w:color="8064A2" w:space="0" w:sz="8" w:themeColor="accent4" w:val="single"/>
          <w:insideH w:val="nil"/>
          <w:insideV w:color="8064A2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8064A2" w:space="0" w:sz="6" w:themeColor="accent4" w:val="doub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H w:val="nil"/>
          <w:insideV w:color="8064A2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</w:tcPr>
    </w:tblStylePr>
    <w:tblStylePr w:type="band1Vert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</w:tcBorders>
        <w:shd w:color="auto" w:fill="DFD8E8" w:themeFill="accent4" w:themeFillTint="3F" w:val="clear"/>
      </w:tcPr>
    </w:tblStylePr>
    <w:tblStylePr w:type="band1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  <w:shd w:color="auto" w:fill="DFD8E8" w:themeFill="accent4" w:themeFillTint="3F" w:val="clear"/>
      </w:tcPr>
    </w:tblStylePr>
    <w:tblStylePr w:type="band2Horz">
      <w:tblPr/>
      <w:tcPr>
        <w:tcBorders>
          <w:top w:color="8064A2" w:space="0" w:sz="8" w:themeColor="accent4" w:val="single"/>
          <w:left w:color="8064A2" w:space="0" w:sz="8" w:themeColor="accent4" w:val="single"/>
          <w:bottom w:color="8064A2" w:space="0" w:sz="8" w:themeColor="accent4" w:val="single"/>
          <w:right w:color="8064A2" w:space="0" w:sz="8" w:themeColor="accent4" w:val="single"/>
          <w:insideV w:color="8064A2" w:space="0" w:sz="8" w:themeColor="accent4" w:val="single"/>
        </w:tcBorders>
      </w:tcPr>
    </w:tblStylePr>
  </w:style>
  <w:style w:styleId="LightGrid-Accent5" w:type="table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18" w:themeColor="accent5" w:val="single"/>
          <w:right w:color="4BACC6" w:space="0" w:sz="8" w:themeColor="accent5" w:val="single"/>
          <w:insideH w:val="nil"/>
          <w:insideV w:color="4BACC6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4BACC6" w:space="0" w:sz="6" w:themeColor="accent5" w:val="doub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H w:val="nil"/>
          <w:insideV w:color="4BACC6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</w:tcPr>
    </w:tblStylePr>
    <w:tblStylePr w:type="band1Vert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</w:tcBorders>
        <w:shd w:color="auto" w:fill="D2EAF1" w:themeFill="accent5" w:themeFillTint="3F" w:val="clear"/>
      </w:tcPr>
    </w:tblStylePr>
    <w:tblStylePr w:type="band1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  <w:shd w:color="auto" w:fill="D2EAF1" w:themeFill="accent5" w:themeFillTint="3F" w:val="clear"/>
      </w:tcPr>
    </w:tblStylePr>
    <w:tblStylePr w:type="band2Horz">
      <w:tblPr/>
      <w:tcPr>
        <w:tcBorders>
          <w:top w:color="4BACC6" w:space="0" w:sz="8" w:themeColor="accent5" w:val="single"/>
          <w:left w:color="4BACC6" w:space="0" w:sz="8" w:themeColor="accent5" w:val="single"/>
          <w:bottom w:color="4BACC6" w:space="0" w:sz="8" w:themeColor="accent5" w:val="single"/>
          <w:right w:color="4BACC6" w:space="0" w:sz="8" w:themeColor="accent5" w:val="single"/>
          <w:insideV w:color="4BACC6" w:space="0" w:sz="8" w:themeColor="accent5" w:val="single"/>
        </w:tcBorders>
      </w:tcPr>
    </w:tblStylePr>
  </w:style>
  <w:style w:styleId="LightGrid-Accent6" w:type="table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18" w:themeColor="accent6" w:val="single"/>
          <w:right w:color="F79646" w:space="0" w:sz="8" w:themeColor="accent6" w:val="single"/>
          <w:insideH w:val="nil"/>
          <w:insideV w:color="F79646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/>
        <w:bCs/>
      </w:rPr>
      <w:tblPr/>
      <w:tcPr>
        <w:tcBorders>
          <w:top w:color="F79646" w:space="0" w:sz="6" w:themeColor="accent6" w:val="doub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H w:val="nil"/>
          <w:insideV w:color="F79646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/>
        <w:bCs/>
      </w:rPr>
    </w:tblStylePr>
    <w:tblStylePr w:type="lastCol">
      <w:rPr>
        <w:rFonts w:asciiTheme="majorHAnsi" w:cstheme="majorBidi" w:eastAsiaTheme="majorEastAsia" w:hAnsiTheme="majorHAnsi"/>
        <w:b/>
        <w:bCs/>
      </w:rPr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</w:tcPr>
    </w:tblStylePr>
    <w:tblStylePr w:type="band1Vert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</w:tcBorders>
        <w:shd w:color="auto" w:fill="FDE4D0" w:themeFill="accent6" w:themeFillTint="3F" w:val="clear"/>
      </w:tcPr>
    </w:tblStylePr>
    <w:tblStylePr w:type="band1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  <w:shd w:color="auto" w:fill="FDE4D0" w:themeFill="accent6" w:themeFillTint="3F" w:val="clear"/>
      </w:tcPr>
    </w:tblStylePr>
    <w:tblStylePr w:type="band2Horz">
      <w:tblPr/>
      <w:tcPr>
        <w:tcBorders>
          <w:top w:color="F79646" w:space="0" w:sz="8" w:themeColor="accent6" w:val="single"/>
          <w:left w:color="F79646" w:space="0" w:sz="8" w:themeColor="accent6" w:val="single"/>
          <w:bottom w:color="F79646" w:space="0" w:sz="8" w:themeColor="accent6" w:val="single"/>
          <w:right w:color="F79646" w:space="0" w:sz="8" w:themeColor="accent6" w:val="single"/>
          <w:insideV w:color="F79646" w:space="0" w:sz="8" w:themeColor="accent6" w:val="single"/>
        </w:tcBorders>
      </w:tcPr>
    </w:tblStylePr>
  </w:style>
  <w:style w:styleId="MediumShading1" w:type="table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404040" w:space="0" w:sz="8" w:themeColor="text1" w:themeTint="BF" w:val="single"/>
        <w:left w:color="404040" w:space="0" w:sz="8" w:themeColor="text1" w:themeTint="BF" w:val="single"/>
        <w:bottom w:color="404040" w:space="0" w:sz="8" w:themeColor="text1" w:themeTint="BF" w:val="single"/>
        <w:right w:color="404040" w:space="0" w:sz="8" w:themeColor="text1" w:themeTint="BF" w:val="single"/>
        <w:insideH w:color="404040" w:space="0" w:sz="8" w:themeColor="text1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404040" w:space="0" w:sz="8" w:themeColor="text1" w:themeTint="BF" w:val="single"/>
          <w:left w:color="404040" w:space="0" w:sz="8" w:themeColor="text1" w:themeTint="BF" w:val="single"/>
          <w:bottom w:color="404040" w:space="0" w:sz="8" w:themeColor="text1" w:themeTint="BF" w:val="single"/>
          <w:right w:color="404040" w:space="0" w:sz="8" w:themeColor="text1" w:themeTint="BF" w:val="single"/>
          <w:insideH w:val="nil"/>
          <w:insideV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404040" w:space="0" w:sz="6" w:themeColor="text1" w:themeTint="BF" w:val="double"/>
          <w:left w:color="404040" w:space="0" w:sz="8" w:themeColor="text1" w:themeTint="BF" w:val="single"/>
          <w:bottom w:color="404040" w:space="0" w:sz="8" w:themeColor="text1" w:themeTint="BF" w:val="single"/>
          <w:right w:color="404040" w:space="0" w:sz="8" w:themeColor="text1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C0C0C0" w:themeFill="text1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C0C0C0" w:themeFill="text1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MediumShading1-Accent1" w:type="table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7BA0CD" w:space="0" w:sz="8" w:themeColor="accent1" w:themeTint="BF" w:val="single"/>
        <w:left w:color="7BA0CD" w:space="0" w:sz="8" w:themeColor="accent1" w:themeTint="BF" w:val="single"/>
        <w:bottom w:color="7BA0CD" w:space="0" w:sz="8" w:themeColor="accent1" w:themeTint="BF" w:val="single"/>
        <w:right w:color="7BA0CD" w:space="0" w:sz="8" w:themeColor="accent1" w:themeTint="BF" w:val="single"/>
        <w:insideH w:color="7BA0CD" w:space="0" w:sz="8" w:themeColor="accent1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7BA0CD" w:space="0" w:sz="8" w:themeColor="accent1" w:themeTint="BF" w:val="single"/>
          <w:left w:color="7BA0CD" w:space="0" w:sz="8" w:themeColor="accent1" w:themeTint="BF" w:val="single"/>
          <w:bottom w:color="7BA0CD" w:space="0" w:sz="8" w:themeColor="accent1" w:themeTint="BF" w:val="single"/>
          <w:right w:color="7BA0CD" w:space="0" w:sz="8" w:themeColor="accent1" w:themeTint="BF" w:val="single"/>
          <w:insideH w:val="nil"/>
          <w:insideV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7BA0CD" w:space="0" w:sz="6" w:themeColor="accent1" w:themeTint="BF" w:val="double"/>
          <w:left w:color="7BA0CD" w:space="0" w:sz="8" w:themeColor="accent1" w:themeTint="BF" w:val="single"/>
          <w:bottom w:color="7BA0CD" w:space="0" w:sz="8" w:themeColor="accent1" w:themeTint="BF" w:val="single"/>
          <w:right w:color="7BA0CD" w:space="0" w:sz="8" w:themeColor="accent1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D3DFEE" w:themeFill="accent1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D3DFEE" w:themeFill="accent1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MediumShading1-Accent2" w:type="table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CF7B79" w:space="0" w:sz="8" w:themeColor="accent2" w:themeTint="BF" w:val="single"/>
        <w:left w:color="CF7B79" w:space="0" w:sz="8" w:themeColor="accent2" w:themeTint="BF" w:val="single"/>
        <w:bottom w:color="CF7B79" w:space="0" w:sz="8" w:themeColor="accent2" w:themeTint="BF" w:val="single"/>
        <w:right w:color="CF7B79" w:space="0" w:sz="8" w:themeColor="accent2" w:themeTint="BF" w:val="single"/>
        <w:insideH w:color="CF7B79" w:space="0" w:sz="8" w:themeColor="accent2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CF7B79" w:space="0" w:sz="8" w:themeColor="accent2" w:themeTint="BF" w:val="single"/>
          <w:left w:color="CF7B79" w:space="0" w:sz="8" w:themeColor="accent2" w:themeTint="BF" w:val="single"/>
          <w:bottom w:color="CF7B79" w:space="0" w:sz="8" w:themeColor="accent2" w:themeTint="BF" w:val="single"/>
          <w:right w:color="CF7B79" w:space="0" w:sz="8" w:themeColor="accent2" w:themeTint="BF" w:val="single"/>
          <w:insideH w:val="nil"/>
          <w:insideV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CF7B79" w:space="0" w:sz="6" w:themeColor="accent2" w:themeTint="BF" w:val="double"/>
          <w:left w:color="CF7B79" w:space="0" w:sz="8" w:themeColor="accent2" w:themeTint="BF" w:val="single"/>
          <w:bottom w:color="CF7B79" w:space="0" w:sz="8" w:themeColor="accent2" w:themeTint="BF" w:val="single"/>
          <w:right w:color="CF7B79" w:space="0" w:sz="8" w:themeColor="accent2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EFD3D2" w:themeFill="accent2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EFD3D2" w:themeFill="accent2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MediumShading1-Accent3" w:type="table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B3CC82" w:space="0" w:sz="8" w:themeColor="accent3" w:themeTint="BF" w:val="single"/>
        <w:left w:color="B3CC82" w:space="0" w:sz="8" w:themeColor="accent3" w:themeTint="BF" w:val="single"/>
        <w:bottom w:color="B3CC82" w:space="0" w:sz="8" w:themeColor="accent3" w:themeTint="BF" w:val="single"/>
        <w:right w:color="B3CC82" w:space="0" w:sz="8" w:themeColor="accent3" w:themeTint="BF" w:val="single"/>
        <w:insideH w:color="B3CC82" w:space="0" w:sz="8" w:themeColor="accent3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B3CC82" w:space="0" w:sz="8" w:themeColor="accent3" w:themeTint="BF" w:val="single"/>
          <w:left w:color="B3CC82" w:space="0" w:sz="8" w:themeColor="accent3" w:themeTint="BF" w:val="single"/>
          <w:bottom w:color="B3CC82" w:space="0" w:sz="8" w:themeColor="accent3" w:themeTint="BF" w:val="single"/>
          <w:right w:color="B3CC82" w:space="0" w:sz="8" w:themeColor="accent3" w:themeTint="BF" w:val="single"/>
          <w:insideH w:val="nil"/>
          <w:insideV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B3CC82" w:space="0" w:sz="6" w:themeColor="accent3" w:themeTint="BF" w:val="double"/>
          <w:left w:color="B3CC82" w:space="0" w:sz="8" w:themeColor="accent3" w:themeTint="BF" w:val="single"/>
          <w:bottom w:color="B3CC82" w:space="0" w:sz="8" w:themeColor="accent3" w:themeTint="BF" w:val="single"/>
          <w:right w:color="B3CC82" w:space="0" w:sz="8" w:themeColor="accent3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E6EED5" w:themeFill="accent3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E6EED5" w:themeFill="accent3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MediumShading1-Accent4" w:type="table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9F8AB9" w:space="0" w:sz="8" w:themeColor="accent4" w:themeTint="BF" w:val="single"/>
        <w:left w:color="9F8AB9" w:space="0" w:sz="8" w:themeColor="accent4" w:themeTint="BF" w:val="single"/>
        <w:bottom w:color="9F8AB9" w:space="0" w:sz="8" w:themeColor="accent4" w:themeTint="BF" w:val="single"/>
        <w:right w:color="9F8AB9" w:space="0" w:sz="8" w:themeColor="accent4" w:themeTint="BF" w:val="single"/>
        <w:insideH w:color="9F8AB9" w:space="0" w:sz="8" w:themeColor="accent4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9F8AB9" w:space="0" w:sz="8" w:themeColor="accent4" w:themeTint="BF" w:val="single"/>
          <w:left w:color="9F8AB9" w:space="0" w:sz="8" w:themeColor="accent4" w:themeTint="BF" w:val="single"/>
          <w:bottom w:color="9F8AB9" w:space="0" w:sz="8" w:themeColor="accent4" w:themeTint="BF" w:val="single"/>
          <w:right w:color="9F8AB9" w:space="0" w:sz="8" w:themeColor="accent4" w:themeTint="BF" w:val="single"/>
          <w:insideH w:val="nil"/>
          <w:insideV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F8AB9" w:space="0" w:sz="6" w:themeColor="accent4" w:themeTint="BF" w:val="double"/>
          <w:left w:color="9F8AB9" w:space="0" w:sz="8" w:themeColor="accent4" w:themeTint="BF" w:val="single"/>
          <w:bottom w:color="9F8AB9" w:space="0" w:sz="8" w:themeColor="accent4" w:themeTint="BF" w:val="single"/>
          <w:right w:color="9F8AB9" w:space="0" w:sz="8" w:themeColor="accent4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DFD8E8" w:themeFill="accent4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DFD8E8" w:themeFill="accent4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MediumShading1-Accent5" w:type="table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78C0D4" w:space="0" w:sz="8" w:themeColor="accent5" w:themeTint="BF" w:val="single"/>
        <w:left w:color="78C0D4" w:space="0" w:sz="8" w:themeColor="accent5" w:themeTint="BF" w:val="single"/>
        <w:bottom w:color="78C0D4" w:space="0" w:sz="8" w:themeColor="accent5" w:themeTint="BF" w:val="single"/>
        <w:right w:color="78C0D4" w:space="0" w:sz="8" w:themeColor="accent5" w:themeTint="BF" w:val="single"/>
        <w:insideH w:color="78C0D4" w:space="0" w:sz="8" w:themeColor="accent5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78C0D4" w:space="0" w:sz="8" w:themeColor="accent5" w:themeTint="BF" w:val="single"/>
          <w:left w:color="78C0D4" w:space="0" w:sz="8" w:themeColor="accent5" w:themeTint="BF" w:val="single"/>
          <w:bottom w:color="78C0D4" w:space="0" w:sz="8" w:themeColor="accent5" w:themeTint="BF" w:val="single"/>
          <w:right w:color="78C0D4" w:space="0" w:sz="8" w:themeColor="accent5" w:themeTint="BF" w:val="single"/>
          <w:insideH w:val="nil"/>
          <w:insideV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78C0D4" w:space="0" w:sz="6" w:themeColor="accent5" w:themeTint="BF" w:val="double"/>
          <w:left w:color="78C0D4" w:space="0" w:sz="8" w:themeColor="accent5" w:themeTint="BF" w:val="single"/>
          <w:bottom w:color="78C0D4" w:space="0" w:sz="8" w:themeColor="accent5" w:themeTint="BF" w:val="single"/>
          <w:right w:color="78C0D4" w:space="0" w:sz="8" w:themeColor="accent5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D2EAF1" w:themeFill="accent5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D2EAF1" w:themeFill="accent5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MediumShading1-Accent6" w:type="table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9B074" w:space="0" w:sz="8" w:themeColor="accent6" w:themeTint="BF" w:val="single"/>
        <w:left w:color="F9B074" w:space="0" w:sz="8" w:themeColor="accent6" w:themeTint="BF" w:val="single"/>
        <w:bottom w:color="F9B074" w:space="0" w:sz="8" w:themeColor="accent6" w:themeTint="BF" w:val="single"/>
        <w:right w:color="F9B074" w:space="0" w:sz="8" w:themeColor="accent6" w:themeTint="BF" w:val="single"/>
        <w:insideH w:color="F9B074" w:space="0" w:sz="8" w:themeColor="accent6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F9B074" w:space="0" w:sz="8" w:themeColor="accent6" w:themeTint="BF" w:val="single"/>
          <w:left w:color="F9B074" w:space="0" w:sz="8" w:themeColor="accent6" w:themeTint="BF" w:val="single"/>
          <w:bottom w:color="F9B074" w:space="0" w:sz="8" w:themeColor="accent6" w:themeTint="BF" w:val="single"/>
          <w:right w:color="F9B074" w:space="0" w:sz="8" w:themeColor="accent6" w:themeTint="BF" w:val="single"/>
          <w:insideH w:val="nil"/>
          <w:insideV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F9B074" w:space="0" w:sz="6" w:themeColor="accent6" w:themeTint="BF" w:val="double"/>
          <w:left w:color="F9B074" w:space="0" w:sz="8" w:themeColor="accent6" w:themeTint="BF" w:val="single"/>
          <w:bottom w:color="F9B074" w:space="0" w:sz="8" w:themeColor="accent6" w:themeTint="BF" w:val="single"/>
          <w:right w:color="F9B074" w:space="0" w:sz="8" w:themeColor="accent6" w:themeTint="BF" w:val="single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FDE4D0" w:themeFill="accent6" w:themeFillTint="3F" w:val="clear"/>
      </w:tcPr>
    </w:tblStylePr>
    <w:tblStylePr w:type="band1Horz">
      <w:tblPr/>
      <w:tcPr>
        <w:tcBorders>
          <w:insideH w:val="nil"/>
          <w:insideV w:val="nil"/>
        </w:tcBorders>
        <w:shd w:color="auto" w:fill="FDE4D0" w:themeFill="accent6" w:themeFillTint="3F" w:val="clear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styleId="MediumShading2" w:type="table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auto" w:space="0" w:sz="18" w:val="single"/>
        <w:bottom w:color="auto" w:space="0" w:sz="18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val="nil"/>
          <w:bottom w:color="auto" w:space="0" w:sz="18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val="nil"/>
          <w:left w:val="nil"/>
          <w:bottom w:color="auto" w:space="0" w:sz="18" w:val="single"/>
          <w:right w:val="nil"/>
          <w:insideH w:val="nil"/>
          <w:insideV w:val="nil"/>
        </w:tcBorders>
        <w:shd w:color="auto" w:fill="000000" w:themeFill="text1" w:val="clear"/>
      </w:tcPr>
    </w:tblStylePr>
    <w:tblStylePr w:type="lastCol">
      <w:rPr>
        <w:b/>
        <w:bCs/>
        <w:color w:themeColor="background1" w:val="FFFFFF"/>
      </w:rPr>
      <w:tblPr/>
      <w:tcPr>
        <w:tcBorders>
          <w:left w:val="nil"/>
          <w:right w:val="nil"/>
          <w:insideH w:val="nil"/>
          <w:insideV w:val="nil"/>
        </w:tcBorders>
        <w:shd w:color="auto" w:fill="000000" w:themeFill="text1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8D8D8" w:themeFill="background1" w:themeFillShade="D8" w:val="clear"/>
      </w:tcPr>
    </w:tblStylePr>
    <w:tblStylePr w:type="band1Horz">
      <w:tblPr/>
      <w:tcPr>
        <w:shd w:color="auto" w:fill="D8D8D8" w:themeFill="background1" w:themeFillShade="D8" w:val="clear"/>
      </w:tcPr>
    </w:tblStylePr>
    <w:tblStylePr w:type="neCell"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  <w:tblStylePr w:type="nwCell">
      <w:rPr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</w:style>
  <w:style w:styleId="MediumShading2-Accent1" w:type="table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auto" w:space="0" w:sz="18" w:val="single"/>
        <w:bottom w:color="auto" w:space="0" w:sz="18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  <w:shd w:color="auto" w:fill="4F81BD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val="nil"/>
          <w:bottom w:color="auto" w:space="0" w:sz="18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val="nil"/>
          <w:left w:val="nil"/>
          <w:bottom w:color="auto" w:space="0" w:sz="18" w:val="single"/>
          <w:right w:val="nil"/>
          <w:insideH w:val="nil"/>
          <w:insideV w:val="nil"/>
        </w:tcBorders>
        <w:shd w:color="auto" w:fill="4F81BD" w:themeFill="accent1" w:val="clear"/>
      </w:tcPr>
    </w:tblStylePr>
    <w:tblStylePr w:type="lastCol">
      <w:rPr>
        <w:b/>
        <w:bCs/>
        <w:color w:themeColor="background1" w:val="FFFFFF"/>
      </w:rPr>
      <w:tblPr/>
      <w:tcPr>
        <w:tcBorders>
          <w:left w:val="nil"/>
          <w:right w:val="nil"/>
          <w:insideH w:val="nil"/>
          <w:insideV w:val="nil"/>
        </w:tcBorders>
        <w:shd w:color="auto" w:fill="4F81BD" w:themeFill="accent1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8D8D8" w:themeFill="background1" w:themeFillShade="D8" w:val="clear"/>
      </w:tcPr>
    </w:tblStylePr>
    <w:tblStylePr w:type="band1Horz">
      <w:tblPr/>
      <w:tcPr>
        <w:shd w:color="auto" w:fill="D8D8D8" w:themeFill="background1" w:themeFillShade="D8" w:val="clear"/>
      </w:tcPr>
    </w:tblStylePr>
    <w:tblStylePr w:type="neCell"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  <w:tblStylePr w:type="nwCell">
      <w:rPr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</w:style>
  <w:style w:styleId="MediumShading2-Accent2" w:type="table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auto" w:space="0" w:sz="18" w:val="single"/>
        <w:bottom w:color="auto" w:space="0" w:sz="18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  <w:shd w:color="auto" w:fill="C0504D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val="nil"/>
          <w:bottom w:color="auto" w:space="0" w:sz="18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val="nil"/>
          <w:left w:val="nil"/>
          <w:bottom w:color="auto" w:space="0" w:sz="18" w:val="single"/>
          <w:right w:val="nil"/>
          <w:insideH w:val="nil"/>
          <w:insideV w:val="nil"/>
        </w:tcBorders>
        <w:shd w:color="auto" w:fill="C0504D" w:themeFill="accent2" w:val="clear"/>
      </w:tcPr>
    </w:tblStylePr>
    <w:tblStylePr w:type="lastCol">
      <w:rPr>
        <w:b/>
        <w:bCs/>
        <w:color w:themeColor="background1" w:val="FFFFFF"/>
      </w:rPr>
      <w:tblPr/>
      <w:tcPr>
        <w:tcBorders>
          <w:left w:val="nil"/>
          <w:right w:val="nil"/>
          <w:insideH w:val="nil"/>
          <w:insideV w:val="nil"/>
        </w:tcBorders>
        <w:shd w:color="auto" w:fill="C0504D" w:themeFill="accent2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8D8D8" w:themeFill="background1" w:themeFillShade="D8" w:val="clear"/>
      </w:tcPr>
    </w:tblStylePr>
    <w:tblStylePr w:type="band1Horz">
      <w:tblPr/>
      <w:tcPr>
        <w:shd w:color="auto" w:fill="D8D8D8" w:themeFill="background1" w:themeFillShade="D8" w:val="clear"/>
      </w:tcPr>
    </w:tblStylePr>
    <w:tblStylePr w:type="neCell"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  <w:tblStylePr w:type="nwCell">
      <w:rPr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</w:style>
  <w:style w:styleId="MediumShading2-Accent3" w:type="table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auto" w:space="0" w:sz="18" w:val="single"/>
        <w:bottom w:color="auto" w:space="0" w:sz="18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val="nil"/>
          <w:bottom w:color="auto" w:space="0" w:sz="18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val="nil"/>
          <w:left w:val="nil"/>
          <w:bottom w:color="auto" w:space="0" w:sz="18" w:val="single"/>
          <w:right w:val="nil"/>
          <w:insideH w:val="nil"/>
          <w:insideV w:val="nil"/>
        </w:tcBorders>
        <w:shd w:color="auto" w:fill="9BBB59" w:themeFill="accent3" w:val="clear"/>
      </w:tcPr>
    </w:tblStylePr>
    <w:tblStylePr w:type="lastCol">
      <w:rPr>
        <w:b/>
        <w:bCs/>
        <w:color w:themeColor="background1" w:val="FFFFFF"/>
      </w:rPr>
      <w:tblPr/>
      <w:tcPr>
        <w:tcBorders>
          <w:left w:val="nil"/>
          <w:right w:val="nil"/>
          <w:insideH w:val="nil"/>
          <w:insideV w:val="nil"/>
        </w:tcBorders>
        <w:shd w:color="auto" w:fill="9BBB59" w:themeFill="accent3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8D8D8" w:themeFill="background1" w:themeFillShade="D8" w:val="clear"/>
      </w:tcPr>
    </w:tblStylePr>
    <w:tblStylePr w:type="band1Horz">
      <w:tblPr/>
      <w:tcPr>
        <w:shd w:color="auto" w:fill="D8D8D8" w:themeFill="background1" w:themeFillShade="D8" w:val="clear"/>
      </w:tcPr>
    </w:tblStylePr>
    <w:tblStylePr w:type="neCell"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  <w:tblStylePr w:type="nwCell">
      <w:rPr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</w:style>
  <w:style w:styleId="MediumShading2-Accent4" w:type="table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auto" w:space="0" w:sz="18" w:val="single"/>
        <w:bottom w:color="auto" w:space="0" w:sz="18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  <w:shd w:color="auto" w:fill="8064A2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val="nil"/>
          <w:bottom w:color="auto" w:space="0" w:sz="18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val="nil"/>
          <w:left w:val="nil"/>
          <w:bottom w:color="auto" w:space="0" w:sz="18" w:val="single"/>
          <w:right w:val="nil"/>
          <w:insideH w:val="nil"/>
          <w:insideV w:val="nil"/>
        </w:tcBorders>
        <w:shd w:color="auto" w:fill="8064A2" w:themeFill="accent4" w:val="clear"/>
      </w:tcPr>
    </w:tblStylePr>
    <w:tblStylePr w:type="lastCol">
      <w:rPr>
        <w:b/>
        <w:bCs/>
        <w:color w:themeColor="background1" w:val="FFFFFF"/>
      </w:rPr>
      <w:tblPr/>
      <w:tcPr>
        <w:tcBorders>
          <w:left w:val="nil"/>
          <w:right w:val="nil"/>
          <w:insideH w:val="nil"/>
          <w:insideV w:val="nil"/>
        </w:tcBorders>
        <w:shd w:color="auto" w:fill="8064A2" w:themeFill="accent4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8D8D8" w:themeFill="background1" w:themeFillShade="D8" w:val="clear"/>
      </w:tcPr>
    </w:tblStylePr>
    <w:tblStylePr w:type="band1Horz">
      <w:tblPr/>
      <w:tcPr>
        <w:shd w:color="auto" w:fill="D8D8D8" w:themeFill="background1" w:themeFillShade="D8" w:val="clear"/>
      </w:tcPr>
    </w:tblStylePr>
    <w:tblStylePr w:type="neCell"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  <w:tblStylePr w:type="nwCell">
      <w:rPr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</w:style>
  <w:style w:styleId="MediumShading2-Accent5" w:type="table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auto" w:space="0" w:sz="18" w:val="single"/>
        <w:bottom w:color="auto" w:space="0" w:sz="18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  <w:shd w:color="auto" w:fill="4BACC6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val="nil"/>
          <w:bottom w:color="auto" w:space="0" w:sz="18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val="nil"/>
          <w:left w:val="nil"/>
          <w:bottom w:color="auto" w:space="0" w:sz="18" w:val="single"/>
          <w:right w:val="nil"/>
          <w:insideH w:val="nil"/>
          <w:insideV w:val="nil"/>
        </w:tcBorders>
        <w:shd w:color="auto" w:fill="4BACC6" w:themeFill="accent5" w:val="clear"/>
      </w:tcPr>
    </w:tblStylePr>
    <w:tblStylePr w:type="lastCol">
      <w:rPr>
        <w:b/>
        <w:bCs/>
        <w:color w:themeColor="background1" w:val="FFFFFF"/>
      </w:rPr>
      <w:tblPr/>
      <w:tcPr>
        <w:tcBorders>
          <w:left w:val="nil"/>
          <w:right w:val="nil"/>
          <w:insideH w:val="nil"/>
          <w:insideV w:val="nil"/>
        </w:tcBorders>
        <w:shd w:color="auto" w:fill="4BACC6" w:themeFill="accent5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8D8D8" w:themeFill="background1" w:themeFillShade="D8" w:val="clear"/>
      </w:tcPr>
    </w:tblStylePr>
    <w:tblStylePr w:type="band1Horz">
      <w:tblPr/>
      <w:tcPr>
        <w:shd w:color="auto" w:fill="D8D8D8" w:themeFill="background1" w:themeFillShade="D8" w:val="clear"/>
      </w:tcPr>
    </w:tblStylePr>
    <w:tblStylePr w:type="neCell"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  <w:tblStylePr w:type="nwCell">
      <w:rPr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</w:style>
  <w:style w:styleId="MediumShading2-Accent6" w:type="table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auto" w:space="0" w:sz="18" w:val="single"/>
        <w:bottom w:color="auto" w:space="0" w:sz="18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  <w:shd w:color="auto" w:fill="F79646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val="nil"/>
          <w:bottom w:color="auto" w:space="0" w:sz="18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background1" w:val="FFFFFF"/>
      </w:rPr>
      <w:tblPr/>
      <w:tcPr>
        <w:tcBorders>
          <w:top w:val="nil"/>
          <w:left w:val="nil"/>
          <w:bottom w:color="auto" w:space="0" w:sz="18" w:val="single"/>
          <w:right w:val="nil"/>
          <w:insideH w:val="nil"/>
          <w:insideV w:val="nil"/>
        </w:tcBorders>
        <w:shd w:color="auto" w:fill="F79646" w:themeFill="accent6" w:val="clear"/>
      </w:tcPr>
    </w:tblStylePr>
    <w:tblStylePr w:type="lastCol">
      <w:rPr>
        <w:b/>
        <w:bCs/>
        <w:color w:themeColor="background1" w:val="FFFFFF"/>
      </w:rPr>
      <w:tblPr/>
      <w:tcPr>
        <w:tcBorders>
          <w:left w:val="nil"/>
          <w:right w:val="nil"/>
          <w:insideH w:val="nil"/>
          <w:insideV w:val="nil"/>
        </w:tcBorders>
        <w:shd w:color="auto" w:fill="F79646" w:themeFill="accent6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8D8D8" w:themeFill="background1" w:themeFillShade="D8" w:val="clear"/>
      </w:tcPr>
    </w:tblStylePr>
    <w:tblStylePr w:type="band1Horz">
      <w:tblPr/>
      <w:tcPr>
        <w:shd w:color="auto" w:fill="D8D8D8" w:themeFill="background1" w:themeFillShade="D8" w:val="clear"/>
      </w:tcPr>
    </w:tblStylePr>
    <w:tblStylePr w:type="neCell"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  <w:tblStylePr w:type="nwCell">
      <w:rPr>
        <w:color w:themeColor="background1" w:val="FFFFFF"/>
      </w:rPr>
      <w:tblPr/>
      <w:tcPr>
        <w:tcBorders>
          <w:top w:color="auto" w:space="0" w:sz="18" w:val="single"/>
          <w:left w:val="nil"/>
          <w:bottom w:color="auto" w:space="0" w:sz="18" w:val="single"/>
          <w:right w:val="nil"/>
          <w:insideH w:val="nil"/>
          <w:insideV w:val="nil"/>
        </w:tcBorders>
      </w:tcPr>
    </w:tblStylePr>
  </w:style>
  <w:style w:styleId="MediumList1" w:type="table">
    <w:name w:val="Medium List 1"/>
    <w:basedOn w:val="TableNormal"/>
    <w:uiPriority w:val="65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000000" w:space="0" w:sz="8" w:themeColor="text1" w:val="single"/>
        <w:bottom w:color="000000" w:space="0" w:sz="8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val="nil"/>
          <w:bottom w:color="000000" w:space="0" w:sz="8" w:themeColor="text1" w:val="single"/>
        </w:tcBorders>
      </w:tcPr>
    </w:tblStylePr>
    <w:tblStylePr w:type="lastRow">
      <w:rPr>
        <w:b/>
        <w:bCs/>
        <w:color w:themeColor="text2" w:val="1F497D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3F" w:val="clear"/>
      </w:tcPr>
    </w:tblStylePr>
    <w:tblStylePr w:type="band1Horz">
      <w:tblPr/>
      <w:tcPr>
        <w:shd w:color="auto" w:fill="C0C0C0" w:themeFill="text1" w:themeFillTint="3F" w:val="clear"/>
      </w:tcPr>
    </w:tblStylePr>
  </w:style>
  <w:style w:styleId="MediumList1-Accent1" w:type="table">
    <w:name w:val="Medium List 1 Accent 1"/>
    <w:basedOn w:val="TableNormal"/>
    <w:uiPriority w:val="65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4F81BD" w:space="0" w:sz="8" w:themeColor="accent1" w:val="single"/>
        <w:bottom w:color="4F81BD" w:space="0" w:sz="8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val="nil"/>
          <w:bottom w:color="4F81BD" w:space="0" w:sz="8" w:themeColor="accent1" w:val="single"/>
        </w:tcBorders>
      </w:tcPr>
    </w:tblStylePr>
    <w:tblStylePr w:type="lastRow">
      <w:rPr>
        <w:b/>
        <w:bCs/>
        <w:color w:themeColor="text2" w:val="1F497D"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color="4F81BD" w:space="0" w:sz="8" w:themeColor="accent1" w:val="single"/>
          <w:bottom w:color="4F81BD" w:space="0" w:sz="8" w:themeColor="accent1" w:val="single"/>
        </w:tcBorders>
      </w:tcPr>
    </w:tblStylePr>
    <w:tblStylePr w:type="band1Vert">
      <w:tblPr/>
      <w:tcPr>
        <w:shd w:color="auto" w:fill="D3DFEE" w:themeFill="accent1" w:themeFillTint="3F" w:val="clear"/>
      </w:tcPr>
    </w:tblStylePr>
    <w:tblStylePr w:type="band1Horz">
      <w:tblPr/>
      <w:tcPr>
        <w:shd w:color="auto" w:fill="D3DFEE" w:themeFill="accent1" w:themeFillTint="3F" w:val="clear"/>
      </w:tcPr>
    </w:tblStylePr>
  </w:style>
  <w:style w:styleId="MediumList1-Accent2" w:type="table">
    <w:name w:val="Medium List 1 Accent 2"/>
    <w:basedOn w:val="TableNormal"/>
    <w:uiPriority w:val="65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C0504D" w:space="0" w:sz="8" w:themeColor="accent2" w:val="single"/>
        <w:bottom w:color="C0504D" w:space="0" w:sz="8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val="nil"/>
          <w:bottom w:color="C0504D" w:space="0" w:sz="8" w:themeColor="accent2" w:val="single"/>
        </w:tcBorders>
      </w:tcPr>
    </w:tblStylePr>
    <w:tblStylePr w:type="lastRow">
      <w:rPr>
        <w:b/>
        <w:bCs/>
        <w:color w:themeColor="text2" w:val="1F497D"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color="C0504D" w:space="0" w:sz="8" w:themeColor="accent2" w:val="single"/>
          <w:bottom w:color="C0504D" w:space="0" w:sz="8" w:themeColor="accent2" w:val="single"/>
        </w:tcBorders>
      </w:tcPr>
    </w:tblStylePr>
    <w:tblStylePr w:type="band1Vert">
      <w:tblPr/>
      <w:tcPr>
        <w:shd w:color="auto" w:fill="EFD3D2" w:themeFill="accent2" w:themeFillTint="3F" w:val="clear"/>
      </w:tcPr>
    </w:tblStylePr>
    <w:tblStylePr w:type="band1Horz">
      <w:tblPr/>
      <w:tcPr>
        <w:shd w:color="auto" w:fill="EFD3D2" w:themeFill="accent2" w:themeFillTint="3F" w:val="clear"/>
      </w:tcPr>
    </w:tblStylePr>
  </w:style>
  <w:style w:styleId="MediumList1-Accent3" w:type="table">
    <w:name w:val="Medium List 1 Accent 3"/>
    <w:basedOn w:val="TableNormal"/>
    <w:uiPriority w:val="65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9BBB59" w:space="0" w:sz="8" w:themeColor="accent3" w:val="single"/>
        <w:bottom w:color="9BBB59" w:space="0" w:sz="8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val="nil"/>
          <w:bottom w:color="9BBB59" w:space="0" w:sz="8" w:themeColor="accent3" w:val="single"/>
        </w:tcBorders>
      </w:tcPr>
    </w:tblStylePr>
    <w:tblStylePr w:type="lastRow">
      <w:rPr>
        <w:b/>
        <w:bCs/>
        <w:color w:themeColor="text2" w:val="1F497D"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color="9BBB59" w:space="0" w:sz="8" w:themeColor="accent3" w:val="single"/>
          <w:bottom w:color="9BBB59" w:space="0" w:sz="8" w:themeColor="accent3" w:val="single"/>
        </w:tcBorders>
      </w:tcPr>
    </w:tblStylePr>
    <w:tblStylePr w:type="band1Vert">
      <w:tblPr/>
      <w:tcPr>
        <w:shd w:color="auto" w:fill="E6EED5" w:themeFill="accent3" w:themeFillTint="3F" w:val="clear"/>
      </w:tcPr>
    </w:tblStylePr>
    <w:tblStylePr w:type="band1Horz">
      <w:tblPr/>
      <w:tcPr>
        <w:shd w:color="auto" w:fill="E6EED5" w:themeFill="accent3" w:themeFillTint="3F" w:val="clear"/>
      </w:tcPr>
    </w:tblStylePr>
  </w:style>
  <w:style w:styleId="MediumList1-Accent4" w:type="table">
    <w:name w:val="Medium List 1 Accent 4"/>
    <w:basedOn w:val="TableNormal"/>
    <w:uiPriority w:val="65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8064A2" w:space="0" w:sz="8" w:themeColor="accent4" w:val="single"/>
        <w:bottom w:color="8064A2" w:space="0" w:sz="8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val="nil"/>
          <w:bottom w:color="8064A2" w:space="0" w:sz="8" w:themeColor="accent4" w:val="single"/>
        </w:tcBorders>
      </w:tcPr>
    </w:tblStylePr>
    <w:tblStylePr w:type="lastRow">
      <w:rPr>
        <w:b/>
        <w:bCs/>
        <w:color w:themeColor="text2" w:val="1F497D"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color="8064A2" w:space="0" w:sz="8" w:themeColor="accent4" w:val="single"/>
          <w:bottom w:color="8064A2" w:space="0" w:sz="8" w:themeColor="accent4" w:val="single"/>
        </w:tcBorders>
      </w:tcPr>
    </w:tblStylePr>
    <w:tblStylePr w:type="band1Vert">
      <w:tblPr/>
      <w:tcPr>
        <w:shd w:color="auto" w:fill="DFD8E8" w:themeFill="accent4" w:themeFillTint="3F" w:val="clear"/>
      </w:tcPr>
    </w:tblStylePr>
    <w:tblStylePr w:type="band1Horz">
      <w:tblPr/>
      <w:tcPr>
        <w:shd w:color="auto" w:fill="DFD8E8" w:themeFill="accent4" w:themeFillTint="3F" w:val="clear"/>
      </w:tcPr>
    </w:tblStylePr>
  </w:style>
  <w:style w:styleId="MediumList1-Accent5" w:type="table">
    <w:name w:val="Medium List 1 Accent 5"/>
    <w:basedOn w:val="TableNormal"/>
    <w:uiPriority w:val="65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4BACC6" w:space="0" w:sz="8" w:themeColor="accent5" w:val="single"/>
        <w:bottom w:color="4BACC6" w:space="0" w:sz="8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val="nil"/>
          <w:bottom w:color="4BACC6" w:space="0" w:sz="8" w:themeColor="accent5" w:val="single"/>
        </w:tcBorders>
      </w:tcPr>
    </w:tblStylePr>
    <w:tblStylePr w:type="lastRow">
      <w:rPr>
        <w:b/>
        <w:bCs/>
        <w:color w:themeColor="text2" w:val="1F497D"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color="4BACC6" w:space="0" w:sz="8" w:themeColor="accent5" w:val="single"/>
          <w:bottom w:color="4BACC6" w:space="0" w:sz="8" w:themeColor="accent5" w:val="single"/>
        </w:tcBorders>
      </w:tcPr>
    </w:tblStylePr>
    <w:tblStylePr w:type="band1Vert">
      <w:tblPr/>
      <w:tcPr>
        <w:shd w:color="auto" w:fill="D2EAF1" w:themeFill="accent5" w:themeFillTint="3F" w:val="clear"/>
      </w:tcPr>
    </w:tblStylePr>
    <w:tblStylePr w:type="band1Horz">
      <w:tblPr/>
      <w:tcPr>
        <w:shd w:color="auto" w:fill="D2EAF1" w:themeFill="accent5" w:themeFillTint="3F" w:val="clear"/>
      </w:tcPr>
    </w:tblStylePr>
  </w:style>
  <w:style w:styleId="MediumList1-Accent6" w:type="table">
    <w:name w:val="Medium List 1 Accent 6"/>
    <w:basedOn w:val="TableNormal"/>
    <w:uiPriority w:val="65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F79646" w:space="0" w:sz="8" w:themeColor="accent6" w:val="single"/>
        <w:bottom w:color="F79646" w:space="0" w:sz="8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val="nil"/>
          <w:bottom w:color="F79646" w:space="0" w:sz="8" w:themeColor="accent6" w:val="single"/>
        </w:tcBorders>
      </w:tcPr>
    </w:tblStylePr>
    <w:tblStylePr w:type="lastRow">
      <w:rPr>
        <w:b/>
        <w:bCs/>
        <w:color w:themeColor="text2" w:val="1F497D"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color="F79646" w:space="0" w:sz="8" w:themeColor="accent6" w:val="single"/>
          <w:bottom w:color="F79646" w:space="0" w:sz="8" w:themeColor="accent6" w:val="single"/>
        </w:tcBorders>
      </w:tcPr>
    </w:tblStylePr>
    <w:tblStylePr w:type="band1Vert">
      <w:tblPr/>
      <w:tcPr>
        <w:shd w:color="auto" w:fill="FDE4D0" w:themeFill="accent6" w:themeFillTint="3F" w:val="clear"/>
      </w:tcPr>
    </w:tblStylePr>
    <w:tblStylePr w:type="band1Horz">
      <w:tblPr/>
      <w:tcPr>
        <w:shd w:color="auto" w:fill="FDE4D0" w:themeFill="accent6" w:themeFillTint="3F" w:val="clear"/>
      </w:tcPr>
    </w:tblStylePr>
  </w:style>
  <w:style w:styleId="MediumList2" w:type="table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color="000000" w:space="0" w:sz="24" w:themeColor="text1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tblPr/>
      <w:tcPr>
        <w:tcBorders>
          <w:top w:color="000000" w:space="0" w:sz="8" w:themeColor="text1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tblPr/>
      <w:tcPr>
        <w:tcBorders>
          <w:top w:val="nil"/>
          <w:left w:val="nil"/>
          <w:bottom w:val="nil"/>
          <w:right w:color="000000" w:space="0" w:sz="8" w:themeColor="text1" w:val="single"/>
          <w:insideH w:val="nil"/>
          <w:insideV w:val="nil"/>
        </w:tcBorders>
        <w:shd w:color="auto" w:fill="FFFFFF" w:themeFill="background1" w:val="clear"/>
      </w:tcPr>
    </w:tblStylePr>
    <w:tblStylePr w:type="lastCol">
      <w:tblPr/>
      <w:tcPr>
        <w:tcBorders>
          <w:top w:val="nil"/>
          <w:left w:color="000000" w:space="0" w:sz="8" w:themeColor="text1" w:val="single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color="auto" w:fill="C0C0C0" w:themeFill="text1" w:themeFillTint="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val="nil"/>
        </w:tcBorders>
      </w:tcPr>
    </w:tblStylePr>
  </w:style>
  <w:style w:styleId="MediumList2-Accent1" w:type="table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color="4F81BD" w:space="0" w:sz="24" w:themeColor="accent1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tblPr/>
      <w:tcPr>
        <w:tcBorders>
          <w:top w:color="4F81BD" w:space="0" w:sz="8" w:themeColor="accent1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tblPr/>
      <w:tcPr>
        <w:tcBorders>
          <w:top w:val="nil"/>
          <w:left w:val="nil"/>
          <w:bottom w:val="nil"/>
          <w:right w:color="4F81BD" w:space="0" w:sz="8" w:themeColor="accent1" w:val="single"/>
          <w:insideH w:val="nil"/>
          <w:insideV w:val="nil"/>
        </w:tcBorders>
        <w:shd w:color="auto" w:fill="FFFFFF" w:themeFill="background1" w:val="clear"/>
      </w:tcPr>
    </w:tblStylePr>
    <w:tblStylePr w:type="lastCol">
      <w:tblPr/>
      <w:tcPr>
        <w:tcBorders>
          <w:top w:val="nil"/>
          <w:left w:color="4F81BD" w:space="0" w:sz="8" w:themeColor="accent1" w:val="single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3DFEE" w:themeFill="accent1" w:themeFillTint="3F" w:val="clear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color="auto" w:fill="D3DFEE" w:themeFill="accent1" w:themeFillTint="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val="nil"/>
        </w:tcBorders>
      </w:tcPr>
    </w:tblStylePr>
  </w:style>
  <w:style w:styleId="MediumList2-Accent2" w:type="table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color="C0504D" w:space="0" w:sz="24" w:themeColor="accent2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tblPr/>
      <w:tcPr>
        <w:tcBorders>
          <w:top w:color="C0504D" w:space="0" w:sz="8" w:themeColor="accent2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tblPr/>
      <w:tcPr>
        <w:tcBorders>
          <w:top w:val="nil"/>
          <w:left w:val="nil"/>
          <w:bottom w:val="nil"/>
          <w:right w:color="C0504D" w:space="0" w:sz="8" w:themeColor="accent2" w:val="single"/>
          <w:insideH w:val="nil"/>
          <w:insideV w:val="nil"/>
        </w:tcBorders>
        <w:shd w:color="auto" w:fill="FFFFFF" w:themeFill="background1" w:val="clear"/>
      </w:tcPr>
    </w:tblStylePr>
    <w:tblStylePr w:type="lastCol">
      <w:tblPr/>
      <w:tcPr>
        <w:tcBorders>
          <w:top w:val="nil"/>
          <w:left w:color="C0504D" w:space="0" w:sz="8" w:themeColor="accent2" w:val="single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EFD3D2" w:themeFill="accent2" w:themeFillTint="3F" w:val="clear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color="auto" w:fill="EFD3D2" w:themeFill="accent2" w:themeFillTint="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val="nil"/>
        </w:tcBorders>
      </w:tcPr>
    </w:tblStylePr>
  </w:style>
  <w:style w:styleId="MediumList2-Accent3" w:type="table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color="9BBB59" w:space="0" w:sz="24" w:themeColor="accent3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tblPr/>
      <w:tcPr>
        <w:tcBorders>
          <w:top w:color="9BBB59" w:space="0" w:sz="8" w:themeColor="accent3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tblPr/>
      <w:tcPr>
        <w:tcBorders>
          <w:top w:val="nil"/>
          <w:left w:val="nil"/>
          <w:bottom w:val="nil"/>
          <w:right w:color="9BBB59" w:space="0" w:sz="8" w:themeColor="accent3" w:val="single"/>
          <w:insideH w:val="nil"/>
          <w:insideV w:val="nil"/>
        </w:tcBorders>
        <w:shd w:color="auto" w:fill="FFFFFF" w:themeFill="background1" w:val="clear"/>
      </w:tcPr>
    </w:tblStylePr>
    <w:tblStylePr w:type="lastCol">
      <w:tblPr/>
      <w:tcPr>
        <w:tcBorders>
          <w:top w:val="nil"/>
          <w:left w:color="9BBB59" w:space="0" w:sz="8" w:themeColor="accent3" w:val="single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E6EED5" w:themeFill="accent3" w:themeFillTint="3F" w:val="clear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color="auto" w:fill="E6EED5" w:themeFill="accent3" w:themeFillTint="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val="nil"/>
        </w:tcBorders>
      </w:tcPr>
    </w:tblStylePr>
  </w:style>
  <w:style w:styleId="MediumList2-Accent4" w:type="table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color="8064A2" w:space="0" w:sz="24" w:themeColor="accent4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tblPr/>
      <w:tcPr>
        <w:tcBorders>
          <w:top w:color="8064A2" w:space="0" w:sz="8" w:themeColor="accent4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tblPr/>
      <w:tcPr>
        <w:tcBorders>
          <w:top w:val="nil"/>
          <w:left w:val="nil"/>
          <w:bottom w:val="nil"/>
          <w:right w:color="8064A2" w:space="0" w:sz="8" w:themeColor="accent4" w:val="single"/>
          <w:insideH w:val="nil"/>
          <w:insideV w:val="nil"/>
        </w:tcBorders>
        <w:shd w:color="auto" w:fill="FFFFFF" w:themeFill="background1" w:val="clear"/>
      </w:tcPr>
    </w:tblStylePr>
    <w:tblStylePr w:type="lastCol">
      <w:tblPr/>
      <w:tcPr>
        <w:tcBorders>
          <w:top w:val="nil"/>
          <w:left w:color="8064A2" w:space="0" w:sz="8" w:themeColor="accent4" w:val="single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FD8E8" w:themeFill="accent4" w:themeFillTint="3F" w:val="clear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color="auto" w:fill="DFD8E8" w:themeFill="accent4" w:themeFillTint="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val="nil"/>
        </w:tcBorders>
      </w:tcPr>
    </w:tblStylePr>
  </w:style>
  <w:style w:styleId="MediumList2-Accent5" w:type="table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color="4BACC6" w:space="0" w:sz="24" w:themeColor="accent5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tblPr/>
      <w:tcPr>
        <w:tcBorders>
          <w:top w:color="4BACC6" w:space="0" w:sz="8" w:themeColor="accent5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tblPr/>
      <w:tcPr>
        <w:tcBorders>
          <w:top w:val="nil"/>
          <w:left w:val="nil"/>
          <w:bottom w:val="nil"/>
          <w:right w:color="4BACC6" w:space="0" w:sz="8" w:themeColor="accent5" w:val="single"/>
          <w:insideH w:val="nil"/>
          <w:insideV w:val="nil"/>
        </w:tcBorders>
        <w:shd w:color="auto" w:fill="FFFFFF" w:themeFill="background1" w:val="clear"/>
      </w:tcPr>
    </w:tblStylePr>
    <w:tblStylePr w:type="lastCol">
      <w:tblPr/>
      <w:tcPr>
        <w:tcBorders>
          <w:top w:val="nil"/>
          <w:left w:color="4BACC6" w:space="0" w:sz="8" w:themeColor="accent5" w:val="single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color="auto" w:fill="D2EAF1" w:themeFill="accent5" w:themeFillTint="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val="nil"/>
        </w:tcBorders>
      </w:tcPr>
    </w:tblStylePr>
  </w:style>
  <w:style w:styleId="MediumList2-Accent6" w:type="table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color="F79646" w:space="0" w:sz="24" w:themeColor="accent6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tblPr/>
      <w:tcPr>
        <w:tcBorders>
          <w:top w:color="F79646" w:space="0" w:sz="8" w:themeColor="accent6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tblPr/>
      <w:tcPr>
        <w:tcBorders>
          <w:top w:val="nil"/>
          <w:left w:val="nil"/>
          <w:bottom w:val="nil"/>
          <w:right w:color="F79646" w:space="0" w:sz="8" w:themeColor="accent6" w:val="single"/>
          <w:insideH w:val="nil"/>
          <w:insideV w:val="nil"/>
        </w:tcBorders>
        <w:shd w:color="auto" w:fill="FFFFFF" w:themeFill="background1" w:val="clear"/>
      </w:tcPr>
    </w:tblStylePr>
    <w:tblStylePr w:type="lastCol">
      <w:tblPr/>
      <w:tcPr>
        <w:tcBorders>
          <w:top w:val="nil"/>
          <w:left w:color="F79646" w:space="0" w:sz="8" w:themeColor="accent6" w:val="single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color="auto" w:fill="FDE4D0" w:themeFill="accent6" w:themeFillTint="3F" w:val="clear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color="auto" w:fill="FDE4D0" w:themeFill="accent6" w:themeFillTint="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val="nil"/>
        </w:tcBorders>
      </w:tcPr>
    </w:tblStylePr>
  </w:style>
  <w:style w:styleId="MediumGrid1" w:type="table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404040" w:space="0" w:sz="8" w:themeColor="text1" w:themeTint="BF" w:val="single"/>
        <w:left w:color="404040" w:space="0" w:sz="8" w:themeColor="text1" w:themeTint="BF" w:val="single"/>
        <w:bottom w:color="404040" w:space="0" w:sz="8" w:themeColor="text1" w:themeTint="BF" w:val="single"/>
        <w:right w:color="404040" w:space="0" w:sz="8" w:themeColor="text1" w:themeTint="BF" w:val="single"/>
        <w:insideH w:color="404040" w:space="0" w:sz="8" w:themeColor="text1" w:themeTint="BF" w:val="single"/>
        <w:insideV w:color="404040" w:space="0" w:sz="8" w:themeColor="text1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C0C0C0" w:themeFill="text1" w:themeFillTint="3F" w:val="clea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color="404040" w:space="0" w:sz="18" w:themeColor="text1" w:themeTint="BF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808080" w:themeFill="text1" w:themeFillTint="7F" w:val="clear"/>
      </w:tcPr>
    </w:tblStylePr>
    <w:tblStylePr w:type="band1Horz">
      <w:tblPr/>
      <w:tcPr>
        <w:shd w:color="auto" w:fill="808080" w:themeFill="text1" w:themeFillTint="7F" w:val="clear"/>
      </w:tcPr>
    </w:tblStylePr>
  </w:style>
  <w:style w:styleId="MediumGrid1-Accent1" w:type="table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7BA0CD" w:space="0" w:sz="8" w:themeColor="accent1" w:themeTint="BF" w:val="single"/>
        <w:left w:color="7BA0CD" w:space="0" w:sz="8" w:themeColor="accent1" w:themeTint="BF" w:val="single"/>
        <w:bottom w:color="7BA0CD" w:space="0" w:sz="8" w:themeColor="accent1" w:themeTint="BF" w:val="single"/>
        <w:right w:color="7BA0CD" w:space="0" w:sz="8" w:themeColor="accent1" w:themeTint="BF" w:val="single"/>
        <w:insideH w:color="7BA0CD" w:space="0" w:sz="8" w:themeColor="accent1" w:themeTint="BF" w:val="single"/>
        <w:insideV w:color="7BA0CD" w:space="0" w:sz="8" w:themeColor="accent1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3DFEE" w:themeFill="accent1" w:themeFillTint="3F" w:val="clea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color="7BA0CD" w:space="0" w:sz="18" w:themeColor="accent1" w:themeTint="BF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A7BFDE" w:themeFill="accent1" w:themeFillTint="7F" w:val="clear"/>
      </w:tcPr>
    </w:tblStylePr>
    <w:tblStylePr w:type="band1Horz">
      <w:tblPr/>
      <w:tcPr>
        <w:shd w:color="auto" w:fill="A7BFDE" w:themeFill="accent1" w:themeFillTint="7F" w:val="clear"/>
      </w:tcPr>
    </w:tblStylePr>
  </w:style>
  <w:style w:styleId="MediumGrid1-Accent2" w:type="table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CF7B79" w:space="0" w:sz="8" w:themeColor="accent2" w:themeTint="BF" w:val="single"/>
        <w:left w:color="CF7B79" w:space="0" w:sz="8" w:themeColor="accent2" w:themeTint="BF" w:val="single"/>
        <w:bottom w:color="CF7B79" w:space="0" w:sz="8" w:themeColor="accent2" w:themeTint="BF" w:val="single"/>
        <w:right w:color="CF7B79" w:space="0" w:sz="8" w:themeColor="accent2" w:themeTint="BF" w:val="single"/>
        <w:insideH w:color="CF7B79" w:space="0" w:sz="8" w:themeColor="accent2" w:themeTint="BF" w:val="single"/>
        <w:insideV w:color="CF7B79" w:space="0" w:sz="8" w:themeColor="accent2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FD3D2" w:themeFill="accent2" w:themeFillTint="3F" w:val="clea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color="CF7B79" w:space="0" w:sz="18" w:themeColor="accent2" w:themeTint="BF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DFA7A6" w:themeFill="accent2" w:themeFillTint="7F" w:val="clear"/>
      </w:tcPr>
    </w:tblStylePr>
    <w:tblStylePr w:type="band1Horz">
      <w:tblPr/>
      <w:tcPr>
        <w:shd w:color="auto" w:fill="DFA7A6" w:themeFill="accent2" w:themeFillTint="7F" w:val="clear"/>
      </w:tcPr>
    </w:tblStylePr>
  </w:style>
  <w:style w:styleId="MediumGrid1-Accent3" w:type="table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B3CC82" w:space="0" w:sz="8" w:themeColor="accent3" w:themeTint="BF" w:val="single"/>
        <w:left w:color="B3CC82" w:space="0" w:sz="8" w:themeColor="accent3" w:themeTint="BF" w:val="single"/>
        <w:bottom w:color="B3CC82" w:space="0" w:sz="8" w:themeColor="accent3" w:themeTint="BF" w:val="single"/>
        <w:right w:color="B3CC82" w:space="0" w:sz="8" w:themeColor="accent3" w:themeTint="BF" w:val="single"/>
        <w:insideH w:color="B3CC82" w:space="0" w:sz="8" w:themeColor="accent3" w:themeTint="BF" w:val="single"/>
        <w:insideV w:color="B3CC82" w:space="0" w:sz="8" w:themeColor="accent3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6EED5" w:themeFill="accent3" w:themeFillTint="3F" w:val="clea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color="B3CC82" w:space="0" w:sz="18" w:themeColor="accent3" w:themeTint="BF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CDDDAC" w:themeFill="accent3" w:themeFillTint="7F" w:val="clear"/>
      </w:tcPr>
    </w:tblStylePr>
    <w:tblStylePr w:type="band1Horz">
      <w:tblPr/>
      <w:tcPr>
        <w:shd w:color="auto" w:fill="CDDDAC" w:themeFill="accent3" w:themeFillTint="7F" w:val="clear"/>
      </w:tcPr>
    </w:tblStylePr>
  </w:style>
  <w:style w:styleId="MediumGrid1-Accent4" w:type="table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9F8AB9" w:space="0" w:sz="8" w:themeColor="accent4" w:themeTint="BF" w:val="single"/>
        <w:left w:color="9F8AB9" w:space="0" w:sz="8" w:themeColor="accent4" w:themeTint="BF" w:val="single"/>
        <w:bottom w:color="9F8AB9" w:space="0" w:sz="8" w:themeColor="accent4" w:themeTint="BF" w:val="single"/>
        <w:right w:color="9F8AB9" w:space="0" w:sz="8" w:themeColor="accent4" w:themeTint="BF" w:val="single"/>
        <w:insideH w:color="9F8AB9" w:space="0" w:sz="8" w:themeColor="accent4" w:themeTint="BF" w:val="single"/>
        <w:insideV w:color="9F8AB9" w:space="0" w:sz="8" w:themeColor="accent4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FD8E8" w:themeFill="accent4" w:themeFillTint="3F" w:val="clea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color="9F8AB9" w:space="0" w:sz="18" w:themeColor="accent4" w:themeTint="BF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BFB1D0" w:themeFill="accent4" w:themeFillTint="7F" w:val="clear"/>
      </w:tcPr>
    </w:tblStylePr>
    <w:tblStylePr w:type="band1Horz">
      <w:tblPr/>
      <w:tcPr>
        <w:shd w:color="auto" w:fill="BFB1D0" w:themeFill="accent4" w:themeFillTint="7F" w:val="clear"/>
      </w:tcPr>
    </w:tblStylePr>
  </w:style>
  <w:style w:styleId="MediumGrid1-Accent5" w:type="table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78C0D4" w:space="0" w:sz="8" w:themeColor="accent5" w:themeTint="BF" w:val="single"/>
        <w:left w:color="78C0D4" w:space="0" w:sz="8" w:themeColor="accent5" w:themeTint="BF" w:val="single"/>
        <w:bottom w:color="78C0D4" w:space="0" w:sz="8" w:themeColor="accent5" w:themeTint="BF" w:val="single"/>
        <w:right w:color="78C0D4" w:space="0" w:sz="8" w:themeColor="accent5" w:themeTint="BF" w:val="single"/>
        <w:insideH w:color="78C0D4" w:space="0" w:sz="8" w:themeColor="accent5" w:themeTint="BF" w:val="single"/>
        <w:insideV w:color="78C0D4" w:space="0" w:sz="8" w:themeColor="accent5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2EAF1" w:themeFill="accent5" w:themeFillTint="3F" w:val="clea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color="78C0D4" w:space="0" w:sz="18" w:themeColor="accent5" w:themeTint="BF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A5D5E2" w:themeFill="accent5" w:themeFillTint="7F" w:val="clear"/>
      </w:tcPr>
    </w:tblStylePr>
    <w:tblStylePr w:type="band1Horz">
      <w:tblPr/>
      <w:tcPr>
        <w:shd w:color="auto" w:fill="A5D5E2" w:themeFill="accent5" w:themeFillTint="7F" w:val="clear"/>
      </w:tcPr>
    </w:tblStylePr>
  </w:style>
  <w:style w:styleId="MediumGrid1-Accent6" w:type="table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9B074" w:space="0" w:sz="8" w:themeColor="accent6" w:themeTint="BF" w:val="single"/>
        <w:left w:color="F9B074" w:space="0" w:sz="8" w:themeColor="accent6" w:themeTint="BF" w:val="single"/>
        <w:bottom w:color="F9B074" w:space="0" w:sz="8" w:themeColor="accent6" w:themeTint="BF" w:val="single"/>
        <w:right w:color="F9B074" w:space="0" w:sz="8" w:themeColor="accent6" w:themeTint="BF" w:val="single"/>
        <w:insideH w:color="F9B074" w:space="0" w:sz="8" w:themeColor="accent6" w:themeTint="BF" w:val="single"/>
        <w:insideV w:color="F9B074" w:space="0" w:sz="8" w:themeColor="accent6" w:themeTint="BF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FDE4D0" w:themeFill="accent6" w:themeFillTint="3F" w:val="clea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color="F9B074" w:space="0" w:sz="18" w:themeColor="accent6" w:themeTint="BF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color="auto" w:fill="FBCAA2" w:themeFill="accent6" w:themeFillTint="7F" w:val="clear"/>
      </w:tcPr>
    </w:tblStylePr>
    <w:tblStylePr w:type="band1Horz">
      <w:tblPr/>
      <w:tcPr>
        <w:shd w:color="auto" w:fill="FBCAA2" w:themeFill="accent6" w:themeFillTint="7F" w:val="clear"/>
      </w:tcPr>
    </w:tblStylePr>
  </w:style>
  <w:style w:styleId="MediumGrid2" w:type="table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C0C0C0" w:themeFill="text1" w:themeFillTint="3F" w:val="clear"/>
    </w:tcPr>
    <w:tblStylePr w:type="firstRow">
      <w:rPr>
        <w:b/>
        <w:bCs/>
        <w:color w:themeColor="text1" w:val="000000"/>
      </w:rPr>
      <w:tblPr/>
      <w:tcPr>
        <w:shd w:color="auto" w:fill="E6E6E6" w:themeFill="text1" w:themeFillTint="19" w:val="clear"/>
      </w:tcPr>
    </w:tblStylePr>
    <w:tblStylePr w:type="lastRow">
      <w:rPr>
        <w:b/>
        <w:bCs/>
        <w:color w:themeColor="text1" w:val="000000"/>
      </w:rPr>
      <w:tblPr/>
      <w:tcPr>
        <w:tcBorders>
          <w:top w:color="000000" w:space="0" w:sz="12" w:themeColor="text1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CCCCCC" w:themeFill="text1" w:themeFillTint="33" w:val="clear"/>
      </w:tcPr>
    </w:tblStylePr>
    <w:tblStylePr w:type="band1Vert">
      <w:tblPr/>
      <w:tcPr>
        <w:shd w:color="auto" w:fill="808080" w:themeFill="text1" w:themeFillTint="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7F" w:val="clear"/>
      </w:tcPr>
    </w:tblStylePr>
    <w:tblStylePr w:type="nwCell">
      <w:tblPr/>
      <w:tcPr>
        <w:shd w:color="auto" w:fill="FFFFFF" w:themeFill="background1" w:val="clear"/>
      </w:tcPr>
    </w:tblStylePr>
  </w:style>
  <w:style w:styleId="MediumGrid2-Accent1" w:type="table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4F81BD" w:space="0" w:sz="8" w:themeColor="accent1" w:val="single"/>
        <w:left w:color="4F81BD" w:space="0" w:sz="8" w:themeColor="accent1" w:val="single"/>
        <w:bottom w:color="4F81BD" w:space="0" w:sz="8" w:themeColor="accent1" w:val="single"/>
        <w:right w:color="4F81BD" w:space="0" w:sz="8" w:themeColor="accent1" w:val="single"/>
        <w:insideH w:color="4F81BD" w:space="0" w:sz="8" w:themeColor="accent1" w:val="single"/>
        <w:insideV w:color="4F81BD" w:space="0" w:sz="8" w:themeColor="accent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3DFEE" w:themeFill="accent1" w:themeFillTint="3F" w:val="clear"/>
    </w:tcPr>
    <w:tblStylePr w:type="firstRow">
      <w:rPr>
        <w:b/>
        <w:bCs/>
        <w:color w:themeColor="text1" w:val="000000"/>
      </w:rPr>
      <w:tblPr/>
      <w:tcPr>
        <w:shd w:color="auto" w:fill="EDF2F8" w:themeFill="accent1" w:themeFillTint="19" w:val="clear"/>
      </w:tcPr>
    </w:tblStylePr>
    <w:tblStylePr w:type="lastRow">
      <w:rPr>
        <w:b/>
        <w:bCs/>
        <w:color w:themeColor="text1" w:val="000000"/>
      </w:rPr>
      <w:tblPr/>
      <w:tcPr>
        <w:tcBorders>
          <w:top w:color="000000" w:space="0" w:sz="12" w:themeColor="text1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DBE5F1" w:themeFill="accent1" w:themeFillTint="33" w:val="clear"/>
      </w:tcPr>
    </w:tblStylePr>
    <w:tblStylePr w:type="band1Vert">
      <w:tblPr/>
      <w:tcPr>
        <w:shd w:color="auto" w:fill="A7BFDE" w:themeFill="accent1" w:themeFillTint="7F" w:val="clear"/>
      </w:tcPr>
    </w:tblStylePr>
    <w:tblStylePr w:type="band1Horz">
      <w:tblPr/>
      <w:tcPr>
        <w:tcBorders>
          <w:insideH w:color="4F81BD" w:space="0" w:sz="6" w:themeColor="accent1" w:val="single"/>
          <w:insideV w:color="4F81BD" w:space="0" w:sz="6" w:themeColor="accent1" w:val="single"/>
        </w:tcBorders>
        <w:shd w:color="auto" w:fill="A7BFDE" w:themeFill="accent1" w:themeFillTint="7F" w:val="clear"/>
      </w:tcPr>
    </w:tblStylePr>
    <w:tblStylePr w:type="nwCell">
      <w:tblPr/>
      <w:tcPr>
        <w:shd w:color="auto" w:fill="FFFFFF" w:themeFill="background1" w:val="clear"/>
      </w:tcPr>
    </w:tblStylePr>
  </w:style>
  <w:style w:styleId="MediumGrid2-Accent2" w:type="table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C0504D" w:space="0" w:sz="8" w:themeColor="accent2" w:val="single"/>
        <w:left w:color="C0504D" w:space="0" w:sz="8" w:themeColor="accent2" w:val="single"/>
        <w:bottom w:color="C0504D" w:space="0" w:sz="8" w:themeColor="accent2" w:val="single"/>
        <w:right w:color="C0504D" w:space="0" w:sz="8" w:themeColor="accent2" w:val="single"/>
        <w:insideH w:color="C0504D" w:space="0" w:sz="8" w:themeColor="accent2" w:val="single"/>
        <w:insideV w:color="C0504D" w:space="0" w:sz="8" w:themeColor="accent2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FD3D2" w:themeFill="accent2" w:themeFillTint="3F" w:val="clear"/>
    </w:tcPr>
    <w:tblStylePr w:type="firstRow">
      <w:rPr>
        <w:b/>
        <w:bCs/>
        <w:color w:themeColor="text1" w:val="000000"/>
      </w:rPr>
      <w:tblPr/>
      <w:tcPr>
        <w:shd w:color="auto" w:fill="F8EDED" w:themeFill="accent2" w:themeFillTint="19" w:val="clear"/>
      </w:tcPr>
    </w:tblStylePr>
    <w:tblStylePr w:type="lastRow">
      <w:rPr>
        <w:b/>
        <w:bCs/>
        <w:color w:themeColor="text1" w:val="000000"/>
      </w:rPr>
      <w:tblPr/>
      <w:tcPr>
        <w:tcBorders>
          <w:top w:color="000000" w:space="0" w:sz="12" w:themeColor="text1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2DBDB" w:themeFill="accent2" w:themeFillTint="33" w:val="clear"/>
      </w:tcPr>
    </w:tblStylePr>
    <w:tblStylePr w:type="band1Vert">
      <w:tblPr/>
      <w:tcPr>
        <w:shd w:color="auto" w:fill="DFA7A6" w:themeFill="accent2" w:themeFillTint="7F" w:val="clear"/>
      </w:tcPr>
    </w:tblStylePr>
    <w:tblStylePr w:type="band1Horz">
      <w:tblPr/>
      <w:tcPr>
        <w:tcBorders>
          <w:insideH w:color="C0504D" w:space="0" w:sz="6" w:themeColor="accent2" w:val="single"/>
          <w:insideV w:color="C0504D" w:space="0" w:sz="6" w:themeColor="accent2" w:val="single"/>
        </w:tcBorders>
        <w:shd w:color="auto" w:fill="DFA7A6" w:themeFill="accent2" w:themeFillTint="7F" w:val="clear"/>
      </w:tcPr>
    </w:tblStylePr>
    <w:tblStylePr w:type="nwCell">
      <w:tblPr/>
      <w:tcPr>
        <w:shd w:color="auto" w:fill="FFFFFF" w:themeFill="background1" w:val="clear"/>
      </w:tcPr>
    </w:tblStylePr>
  </w:style>
  <w:style w:styleId="MediumGrid2-Accent3" w:type="table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  <w:insideH w:color="9BBB59" w:space="0" w:sz="8" w:themeColor="accent3" w:val="single"/>
        <w:insideV w:color="9BBB59" w:space="0" w:sz="8" w:themeColor="accent3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6EED5" w:themeFill="accent3" w:themeFillTint="3F" w:val="clear"/>
    </w:tcPr>
    <w:tblStylePr w:type="firstRow">
      <w:rPr>
        <w:b/>
        <w:bCs/>
        <w:color w:themeColor="text1" w:val="000000"/>
      </w:rPr>
      <w:tblPr/>
      <w:tcPr>
        <w:shd w:color="auto" w:fill="F5F8EE" w:themeFill="accent3" w:themeFillTint="19" w:val="clear"/>
      </w:tcPr>
    </w:tblStylePr>
    <w:tblStylePr w:type="lastRow">
      <w:rPr>
        <w:b/>
        <w:bCs/>
        <w:color w:themeColor="text1" w:val="000000"/>
      </w:rPr>
      <w:tblPr/>
      <w:tcPr>
        <w:tcBorders>
          <w:top w:color="000000" w:space="0" w:sz="12" w:themeColor="text1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EAF1DD" w:themeFill="accent3" w:themeFillTint="33" w:val="clear"/>
      </w:tcPr>
    </w:tblStylePr>
    <w:tblStylePr w:type="band1Vert">
      <w:tblPr/>
      <w:tcPr>
        <w:shd w:color="auto" w:fill="CDDDAC" w:themeFill="accent3" w:themeFillTint="7F" w:val="clear"/>
      </w:tcPr>
    </w:tblStylePr>
    <w:tblStylePr w:type="band1Horz">
      <w:tblPr/>
      <w:tcPr>
        <w:tcBorders>
          <w:insideH w:color="9BBB59" w:space="0" w:sz="6" w:themeColor="accent3" w:val="single"/>
          <w:insideV w:color="9BBB59" w:space="0" w:sz="6" w:themeColor="accent3" w:val="single"/>
        </w:tcBorders>
        <w:shd w:color="auto" w:fill="CDDDAC" w:themeFill="accent3" w:themeFillTint="7F" w:val="clear"/>
      </w:tcPr>
    </w:tblStylePr>
    <w:tblStylePr w:type="nwCell">
      <w:tblPr/>
      <w:tcPr>
        <w:shd w:color="auto" w:fill="FFFFFF" w:themeFill="background1" w:val="clear"/>
      </w:tcPr>
    </w:tblStylePr>
  </w:style>
  <w:style w:styleId="MediumGrid2-Accent4" w:type="table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8064A2" w:space="0" w:sz="8" w:themeColor="accent4" w:val="single"/>
        <w:left w:color="8064A2" w:space="0" w:sz="8" w:themeColor="accent4" w:val="single"/>
        <w:bottom w:color="8064A2" w:space="0" w:sz="8" w:themeColor="accent4" w:val="single"/>
        <w:right w:color="8064A2" w:space="0" w:sz="8" w:themeColor="accent4" w:val="single"/>
        <w:insideH w:color="8064A2" w:space="0" w:sz="8" w:themeColor="accent4" w:val="single"/>
        <w:insideV w:color="8064A2" w:space="0" w:sz="8" w:themeColor="accent4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FD8E8" w:themeFill="accent4" w:themeFillTint="3F" w:val="clear"/>
    </w:tcPr>
    <w:tblStylePr w:type="firstRow">
      <w:rPr>
        <w:b/>
        <w:bCs/>
        <w:color w:themeColor="text1" w:val="000000"/>
      </w:rPr>
      <w:tblPr/>
      <w:tcPr>
        <w:shd w:color="auto" w:fill="F2EFF6" w:themeFill="accent4" w:themeFillTint="19" w:val="clear"/>
      </w:tcPr>
    </w:tblStylePr>
    <w:tblStylePr w:type="lastRow">
      <w:rPr>
        <w:b/>
        <w:bCs/>
        <w:color w:themeColor="text1" w:val="000000"/>
      </w:rPr>
      <w:tblPr/>
      <w:tcPr>
        <w:tcBorders>
          <w:top w:color="000000" w:space="0" w:sz="12" w:themeColor="text1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E5DFEC" w:themeFill="accent4" w:themeFillTint="33" w:val="clear"/>
      </w:tcPr>
    </w:tblStylePr>
    <w:tblStylePr w:type="band1Vert">
      <w:tblPr/>
      <w:tcPr>
        <w:shd w:color="auto" w:fill="BFB1D0" w:themeFill="accent4" w:themeFillTint="7F" w:val="clear"/>
      </w:tcPr>
    </w:tblStylePr>
    <w:tblStylePr w:type="band1Horz">
      <w:tblPr/>
      <w:tcPr>
        <w:tcBorders>
          <w:insideH w:color="8064A2" w:space="0" w:sz="6" w:themeColor="accent4" w:val="single"/>
          <w:insideV w:color="8064A2" w:space="0" w:sz="6" w:themeColor="accent4" w:val="single"/>
        </w:tcBorders>
        <w:shd w:color="auto" w:fill="BFB1D0" w:themeFill="accent4" w:themeFillTint="7F" w:val="clear"/>
      </w:tcPr>
    </w:tblStylePr>
    <w:tblStylePr w:type="nwCell">
      <w:tblPr/>
      <w:tcPr>
        <w:shd w:color="auto" w:fill="FFFFFF" w:themeFill="background1" w:val="clear"/>
      </w:tcPr>
    </w:tblStylePr>
  </w:style>
  <w:style w:styleId="MediumGrid2-Accent5" w:type="table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4BACC6" w:space="0" w:sz="8" w:themeColor="accent5" w:val="single"/>
        <w:left w:color="4BACC6" w:space="0" w:sz="8" w:themeColor="accent5" w:val="single"/>
        <w:bottom w:color="4BACC6" w:space="0" w:sz="8" w:themeColor="accent5" w:val="single"/>
        <w:right w:color="4BACC6" w:space="0" w:sz="8" w:themeColor="accent5" w:val="single"/>
        <w:insideH w:color="4BACC6" w:space="0" w:sz="8" w:themeColor="accent5" w:val="single"/>
        <w:insideV w:color="4BACC6" w:space="0" w:sz="8" w:themeColor="accent5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2EAF1" w:themeFill="accent5" w:themeFillTint="3F" w:val="clear"/>
    </w:tcPr>
    <w:tblStylePr w:type="firstRow">
      <w:rPr>
        <w:b/>
        <w:bCs/>
        <w:color w:themeColor="text1" w:val="000000"/>
      </w:rPr>
      <w:tblPr/>
      <w:tcPr>
        <w:shd w:color="auto" w:fill="EDF6F9" w:themeFill="accent5" w:themeFillTint="19" w:val="clear"/>
      </w:tcPr>
    </w:tblStylePr>
    <w:tblStylePr w:type="lastRow">
      <w:rPr>
        <w:b/>
        <w:bCs/>
        <w:color w:themeColor="text1" w:val="000000"/>
      </w:rPr>
      <w:tblPr/>
      <w:tcPr>
        <w:tcBorders>
          <w:top w:color="000000" w:space="0" w:sz="12" w:themeColor="text1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DAEEF3" w:themeFill="accent5" w:themeFillTint="33" w:val="clear"/>
      </w:tcPr>
    </w:tblStylePr>
    <w:tblStylePr w:type="band1Vert">
      <w:tblPr/>
      <w:tcPr>
        <w:shd w:color="auto" w:fill="A5D5E2" w:themeFill="accent5" w:themeFillTint="7F" w:val="clear"/>
      </w:tcPr>
    </w:tblStylePr>
    <w:tblStylePr w:type="band1Horz">
      <w:tblPr/>
      <w:tcPr>
        <w:tcBorders>
          <w:insideH w:color="4BACC6" w:space="0" w:sz="6" w:themeColor="accent5" w:val="single"/>
          <w:insideV w:color="4BACC6" w:space="0" w:sz="6" w:themeColor="accent5" w:val="single"/>
        </w:tcBorders>
        <w:shd w:color="auto" w:fill="A5D5E2" w:themeFill="accent5" w:themeFillTint="7F" w:val="clear"/>
      </w:tcPr>
    </w:tblStylePr>
    <w:tblStylePr w:type="nwCell">
      <w:tblPr/>
      <w:tcPr>
        <w:shd w:color="auto" w:fill="FFFFFF" w:themeFill="background1" w:val="clear"/>
      </w:tcPr>
    </w:tblStylePr>
  </w:style>
  <w:style w:styleId="MediumGrid2-Accent6" w:type="table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cstheme="majorBidi" w:eastAsiaTheme="majorEastAsia" w:hAnsiTheme="majorHAnsi"/>
      <w:color w:themeColor="text1" w:val="000000"/>
    </w:rPr>
    <w:tblPr>
      <w:tblStyleRowBandSize w:val="1"/>
      <w:tblStyleColBandSize w:val="1"/>
      <w:tblInd w:type="dxa" w:w="0"/>
      <w:tblBorders>
        <w:top w:color="F79646" w:space="0" w:sz="8" w:themeColor="accent6" w:val="single"/>
        <w:left w:color="F79646" w:space="0" w:sz="8" w:themeColor="accent6" w:val="single"/>
        <w:bottom w:color="F79646" w:space="0" w:sz="8" w:themeColor="accent6" w:val="single"/>
        <w:right w:color="F79646" w:space="0" w:sz="8" w:themeColor="accent6" w:val="single"/>
        <w:insideH w:color="F79646" w:space="0" w:sz="8" w:themeColor="accent6" w:val="single"/>
        <w:insideV w:color="F79646" w:space="0" w:sz="8" w:themeColor="accent6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FDE4D0" w:themeFill="accent6" w:themeFillTint="3F" w:val="clear"/>
    </w:tcPr>
    <w:tblStylePr w:type="firstRow">
      <w:rPr>
        <w:b/>
        <w:bCs/>
        <w:color w:themeColor="text1" w:val="000000"/>
      </w:rPr>
      <w:tblPr/>
      <w:tcPr>
        <w:shd w:color="auto" w:fill="FEF4EC" w:themeFill="accent6" w:themeFillTint="19" w:val="clear"/>
      </w:tcPr>
    </w:tblStylePr>
    <w:tblStylePr w:type="lastRow">
      <w:rPr>
        <w:b/>
        <w:bCs/>
        <w:color w:themeColor="text1" w:val="000000"/>
      </w:rPr>
      <w:tblPr/>
      <w:tcPr>
        <w:tcBorders>
          <w:top w:color="000000" w:space="0" w:sz="12" w:themeColor="text1" w:val="single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firstCol">
      <w:rPr>
        <w:b/>
        <w:bCs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themeColor="text1"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DE9D9" w:themeFill="accent6" w:themeFillTint="33" w:val="clear"/>
      </w:tcPr>
    </w:tblStylePr>
    <w:tblStylePr w:type="band1Vert">
      <w:tblPr/>
      <w:tcPr>
        <w:shd w:color="auto" w:fill="FBCAA2" w:themeFill="accent6" w:themeFillTint="7F" w:val="clear"/>
      </w:tcPr>
    </w:tblStylePr>
    <w:tblStylePr w:type="band1Horz">
      <w:tblPr/>
      <w:tcPr>
        <w:tcBorders>
          <w:insideH w:color="F79646" w:space="0" w:sz="6" w:themeColor="accent6" w:val="single"/>
          <w:insideV w:color="F79646" w:space="0" w:sz="6" w:themeColor="accent6" w:val="single"/>
        </w:tcBorders>
        <w:shd w:color="auto" w:fill="FBCAA2" w:themeFill="accent6" w:themeFillTint="7F" w:val="clear"/>
      </w:tcPr>
    </w:tblStylePr>
    <w:tblStylePr w:type="nwCell">
      <w:tblPr/>
      <w:tcPr>
        <w:shd w:color="auto" w:fill="FFFFFF" w:themeFill="background1" w:val="clear"/>
      </w:tcPr>
    </w:tblStylePr>
  </w:style>
  <w:style w:styleId="MediumGrid3" w:type="table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C0C0C0" w:themeFill="text1" w:themeFillTint="3F" w:val="clear"/>
    </w:tcPr>
    <w:tblStylePr w:type="fir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/>
        <w:bCs/>
        <w:i w:val="0"/>
        <w:iCs w:val="0"/>
        <w:color w:themeColor="background1" w:val="FFFFFF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val="nil"/>
          <w:insideV w:val="nil"/>
        </w:tcBorders>
        <w:shd w:color="auto" w:fill="000000" w:themeFill="text1" w:val="clear"/>
      </w:tcPr>
    </w:tblStylePr>
    <w:tblStylePr w:type="lastCol">
      <w:rPr>
        <w:b/>
        <w:bCs/>
        <w:i w:val="0"/>
        <w:iCs w:val="0"/>
        <w:color w:themeColor="background1" w:val="FFFFFF"/>
      </w:rPr>
      <w:tblPr/>
      <w:tcPr>
        <w:tcBorders>
          <w:top w:val="nil"/>
          <w:left w:color="FFFFFF" w:space="0" w:sz="24" w:themeColor="background1" w:val="single"/>
          <w:bottom w:val="nil"/>
          <w:right w:val="nil"/>
          <w:insideH w:val="nil"/>
          <w:insideV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val="nil"/>
        </w:tcBorders>
        <w:shd w:color="auto" w:fill="808080" w:themeFill="text1" w:themeFillTint="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7F" w:val="clear"/>
      </w:tcPr>
    </w:tblStylePr>
  </w:style>
  <w:style w:styleId="MediumGrid3-Accent1" w:type="table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3DFEE" w:themeFill="accent1" w:themeFillTint="3F" w:val="clear"/>
    </w:tcPr>
    <w:tblStylePr w:type="fir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la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4F81BD" w:themeFill="accent1" w:val="clear"/>
      </w:tcPr>
    </w:tblStylePr>
    <w:tblStylePr w:type="firstCol">
      <w:rPr>
        <w:b/>
        <w:bCs/>
        <w:i w:val="0"/>
        <w:iCs w:val="0"/>
        <w:color w:themeColor="background1" w:val="FFFFFF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val="nil"/>
          <w:insideV w:val="nil"/>
        </w:tcBorders>
        <w:shd w:color="auto" w:fill="4F81BD" w:themeFill="accent1" w:val="clear"/>
      </w:tcPr>
    </w:tblStylePr>
    <w:tblStylePr w:type="lastCol">
      <w:rPr>
        <w:b/>
        <w:bCs/>
        <w:i w:val="0"/>
        <w:iCs w:val="0"/>
        <w:color w:themeColor="background1" w:val="FFFFFF"/>
      </w:rPr>
      <w:tblPr/>
      <w:tcPr>
        <w:tcBorders>
          <w:top w:val="nil"/>
          <w:left w:color="FFFFFF" w:space="0" w:sz="24" w:themeColor="background1" w:val="single"/>
          <w:bottom w:val="nil"/>
          <w:right w:val="nil"/>
          <w:insideH w:val="nil"/>
          <w:insideV w:val="nil"/>
        </w:tcBorders>
        <w:shd w:color="auto" w:fill="4F81BD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val="nil"/>
        </w:tcBorders>
        <w:shd w:color="auto" w:fill="A7BFDE" w:themeFill="accent1" w:themeFillTint="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7BFDE" w:themeFill="accent1" w:themeFillTint="7F" w:val="clear"/>
      </w:tcPr>
    </w:tblStylePr>
  </w:style>
  <w:style w:styleId="MediumGrid3-Accent2" w:type="table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FD3D2" w:themeFill="accent2" w:themeFillTint="3F" w:val="clear"/>
    </w:tcPr>
    <w:tblStylePr w:type="fir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la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C0504D" w:themeFill="accent2" w:val="clear"/>
      </w:tcPr>
    </w:tblStylePr>
    <w:tblStylePr w:type="firstCol">
      <w:rPr>
        <w:b/>
        <w:bCs/>
        <w:i w:val="0"/>
        <w:iCs w:val="0"/>
        <w:color w:themeColor="background1" w:val="FFFFFF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val="nil"/>
          <w:insideV w:val="nil"/>
        </w:tcBorders>
        <w:shd w:color="auto" w:fill="C0504D" w:themeFill="accent2" w:val="clear"/>
      </w:tcPr>
    </w:tblStylePr>
    <w:tblStylePr w:type="lastCol">
      <w:rPr>
        <w:b/>
        <w:bCs/>
        <w:i w:val="0"/>
        <w:iCs w:val="0"/>
        <w:color w:themeColor="background1" w:val="FFFFFF"/>
      </w:rPr>
      <w:tblPr/>
      <w:tcPr>
        <w:tcBorders>
          <w:top w:val="nil"/>
          <w:left w:color="FFFFFF" w:space="0" w:sz="24" w:themeColor="background1" w:val="single"/>
          <w:bottom w:val="nil"/>
          <w:right w:val="nil"/>
          <w:insideH w:val="nil"/>
          <w:insideV w:val="nil"/>
        </w:tcBorders>
        <w:shd w:color="auto" w:fill="C0504D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val="nil"/>
        </w:tcBorders>
        <w:shd w:color="auto" w:fill="DFA7A6" w:themeFill="accent2" w:themeFillTint="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DFA7A6" w:themeFill="accent2" w:themeFillTint="7F" w:val="clear"/>
      </w:tcPr>
    </w:tblStylePr>
  </w:style>
  <w:style w:styleId="MediumGrid3-Accent3" w:type="table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6EED5" w:themeFill="accent3" w:themeFillTint="3F" w:val="clear"/>
    </w:tcPr>
    <w:tblStylePr w:type="fir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la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9BBB59" w:themeFill="accent3" w:val="clear"/>
      </w:tcPr>
    </w:tblStylePr>
    <w:tblStylePr w:type="firstCol">
      <w:rPr>
        <w:b/>
        <w:bCs/>
        <w:i w:val="0"/>
        <w:iCs w:val="0"/>
        <w:color w:themeColor="background1" w:val="FFFFFF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val="nil"/>
          <w:insideV w:val="nil"/>
        </w:tcBorders>
        <w:shd w:color="auto" w:fill="9BBB59" w:themeFill="accent3" w:val="clear"/>
      </w:tcPr>
    </w:tblStylePr>
    <w:tblStylePr w:type="lastCol">
      <w:rPr>
        <w:b/>
        <w:bCs/>
        <w:i w:val="0"/>
        <w:iCs w:val="0"/>
        <w:color w:themeColor="background1" w:val="FFFFFF"/>
      </w:rPr>
      <w:tblPr/>
      <w:tcPr>
        <w:tcBorders>
          <w:top w:val="nil"/>
          <w:left w:color="FFFFFF" w:space="0" w:sz="24" w:themeColor="background1" w:val="single"/>
          <w:bottom w:val="nil"/>
          <w:right w:val="nil"/>
          <w:insideH w:val="nil"/>
          <w:insideV w:val="nil"/>
        </w:tcBorders>
        <w:shd w:color="auto" w:fill="9BBB5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val="nil"/>
        </w:tcBorders>
        <w:shd w:color="auto" w:fill="CDDDAC" w:themeFill="accent3" w:themeFillTint="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DDDAC" w:themeFill="accent3" w:themeFillTint="7F" w:val="clear"/>
      </w:tcPr>
    </w:tblStylePr>
  </w:style>
  <w:style w:styleId="MediumGrid3-Accent4" w:type="table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FD8E8" w:themeFill="accent4" w:themeFillTint="3F" w:val="clear"/>
    </w:tcPr>
    <w:tblStylePr w:type="fir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la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8064A2" w:themeFill="accent4" w:val="clear"/>
      </w:tcPr>
    </w:tblStylePr>
    <w:tblStylePr w:type="firstCol">
      <w:rPr>
        <w:b/>
        <w:bCs/>
        <w:i w:val="0"/>
        <w:iCs w:val="0"/>
        <w:color w:themeColor="background1" w:val="FFFFFF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val="nil"/>
          <w:insideV w:val="nil"/>
        </w:tcBorders>
        <w:shd w:color="auto" w:fill="8064A2" w:themeFill="accent4" w:val="clear"/>
      </w:tcPr>
    </w:tblStylePr>
    <w:tblStylePr w:type="lastCol">
      <w:rPr>
        <w:b/>
        <w:bCs/>
        <w:i w:val="0"/>
        <w:iCs w:val="0"/>
        <w:color w:themeColor="background1" w:val="FFFFFF"/>
      </w:rPr>
      <w:tblPr/>
      <w:tcPr>
        <w:tcBorders>
          <w:top w:val="nil"/>
          <w:left w:color="FFFFFF" w:space="0" w:sz="24" w:themeColor="background1" w:val="single"/>
          <w:bottom w:val="nil"/>
          <w:right w:val="nil"/>
          <w:insideH w:val="nil"/>
          <w:insideV w:val="nil"/>
        </w:tcBorders>
        <w:shd w:color="auto" w:fill="8064A2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val="nil"/>
        </w:tcBorders>
        <w:shd w:color="auto" w:fill="BFB1D0" w:themeFill="accent4" w:themeFillTint="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BFB1D0" w:themeFill="accent4" w:themeFillTint="7F" w:val="clear"/>
      </w:tcPr>
    </w:tblStylePr>
  </w:style>
  <w:style w:styleId="MediumGrid3-Accent5" w:type="table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2EAF1" w:themeFill="accent5" w:themeFillTint="3F" w:val="clear"/>
    </w:tcPr>
    <w:tblStylePr w:type="fir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la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4BACC6" w:themeFill="accent5" w:val="clear"/>
      </w:tcPr>
    </w:tblStylePr>
    <w:tblStylePr w:type="firstCol">
      <w:rPr>
        <w:b/>
        <w:bCs/>
        <w:i w:val="0"/>
        <w:iCs w:val="0"/>
        <w:color w:themeColor="background1" w:val="FFFFFF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val="nil"/>
          <w:insideV w:val="nil"/>
        </w:tcBorders>
        <w:shd w:color="auto" w:fill="4BACC6" w:themeFill="accent5" w:val="clear"/>
      </w:tcPr>
    </w:tblStylePr>
    <w:tblStylePr w:type="lastCol">
      <w:rPr>
        <w:b/>
        <w:bCs/>
        <w:i w:val="0"/>
        <w:iCs w:val="0"/>
        <w:color w:themeColor="background1" w:val="FFFFFF"/>
      </w:rPr>
      <w:tblPr/>
      <w:tcPr>
        <w:tcBorders>
          <w:top w:val="nil"/>
          <w:left w:color="FFFFFF" w:space="0" w:sz="24" w:themeColor="background1" w:val="single"/>
          <w:bottom w:val="nil"/>
          <w:right w:val="nil"/>
          <w:insideH w:val="nil"/>
          <w:insideV w:val="nil"/>
        </w:tcBorders>
        <w:shd w:color="auto" w:fill="4BACC6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val="nil"/>
        </w:tcBorders>
        <w:shd w:color="auto" w:fill="A5D5E2" w:themeFill="accent5" w:themeFillTint="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A5D5E2" w:themeFill="accent5" w:themeFillTint="7F" w:val="clear"/>
      </w:tcPr>
    </w:tblStylePr>
  </w:style>
  <w:style w:styleId="MediumGrid3-Accent6" w:type="table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type="dxa" w:w="0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FDE4D0" w:themeFill="accent6" w:themeFillTint="3F" w:val="clear"/>
    </w:tcPr>
    <w:tblStylePr w:type="fir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lastRow">
      <w:rPr>
        <w:b/>
        <w:bCs/>
        <w:i w:val="0"/>
        <w:iCs w:val="0"/>
        <w:color w:themeColor="background1" w:val="FFFFFF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color="FFFFFF" w:space="0" w:sz="8" w:themeColor="background1" w:val="single"/>
        </w:tcBorders>
        <w:shd w:color="auto" w:fill="F79646" w:themeFill="accent6" w:val="clear"/>
      </w:tcPr>
    </w:tblStylePr>
    <w:tblStylePr w:type="firstCol">
      <w:rPr>
        <w:b/>
        <w:bCs/>
        <w:i w:val="0"/>
        <w:iCs w:val="0"/>
        <w:color w:themeColor="background1" w:val="FFFFFF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val="nil"/>
          <w:insideV w:val="nil"/>
        </w:tcBorders>
        <w:shd w:color="auto" w:fill="F79646" w:themeFill="accent6" w:val="clear"/>
      </w:tcPr>
    </w:tblStylePr>
    <w:tblStylePr w:type="lastCol">
      <w:rPr>
        <w:b/>
        <w:bCs/>
        <w:i w:val="0"/>
        <w:iCs w:val="0"/>
        <w:color w:themeColor="background1" w:val="FFFFFF"/>
      </w:rPr>
      <w:tblPr/>
      <w:tcPr>
        <w:tcBorders>
          <w:top w:val="nil"/>
          <w:left w:color="FFFFFF" w:space="0" w:sz="24" w:themeColor="background1" w:val="single"/>
          <w:bottom w:val="nil"/>
          <w:right w:val="nil"/>
          <w:insideH w:val="nil"/>
          <w:insideV w:val="nil"/>
        </w:tcBorders>
        <w:shd w:color="auto" w:fill="F79646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val="nil"/>
          <w:insideV w:val="nil"/>
        </w:tcBorders>
        <w:shd w:color="auto" w:fill="FBCAA2" w:themeFill="accent6" w:themeFillTint="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BCAA2" w:themeFill="accent6" w:themeFillTint="7F" w:val="clear"/>
      </w:tcPr>
    </w:tblStylePr>
  </w:style>
  <w:style w:styleId="DarkList" w:type="table">
    <w:name w:val="Dark List"/>
    <w:basedOn w:val="TableNormal"/>
    <w:uiPriority w:val="70"/>
    <w:rsid w:val="00CB0664"/>
    <w:pPr>
      <w:spacing w:after="0" w:line="240" w:lineRule="auto"/>
    </w:pPr>
    <w:rPr>
      <w:color w:themeColor="background1" w:val="FFFFFF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000000" w:themeFill="text1" w:val="clear"/>
    </w:tcPr>
    <w:tblStylePr w:type="firstRow">
      <w:rPr>
        <w:b/>
        <w:bCs/>
      </w:rPr>
      <w:tblPr/>
      <w:tcPr>
        <w:tcBorders>
          <w:top w:val="nil"/>
          <w:left w:val="nil"/>
          <w:bottom w:color="FFFFFF" w:space="0" w:sz="18" w:themeColor="background1" w:val="single"/>
          <w:right w:val="nil"/>
          <w:insideH w:val="nil"/>
          <w:insideV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val="nil"/>
          <w:bottom w:val="nil"/>
          <w:right w:val="nil"/>
          <w:insideH w:val="nil"/>
          <w:insideV w:val="nil"/>
        </w:tcBorders>
        <w:shd w:color="auto" w:fill="000000" w:themeFill="text1" w:themeFillShade="7F" w:val="clear"/>
      </w:tcPr>
    </w:tblStylePr>
    <w:tblStylePr w:type="firstCol">
      <w:tblPr/>
      <w:tcPr>
        <w:tcBorders>
          <w:top w:val="nil"/>
          <w:left w:val="nil"/>
          <w:bottom w:val="nil"/>
          <w:right w:color="FFFFFF" w:space="0" w:sz="18" w:themeColor="background1" w:val="single"/>
          <w:insideH w:val="nil"/>
          <w:insideV w:val="nil"/>
        </w:tcBorders>
        <w:shd w:color="auto" w:fill="000000" w:themeFill="text1" w:themeFillShade="BF" w:val="clear"/>
      </w:tcPr>
    </w:tblStylePr>
    <w:tblStylePr w:type="lastCol">
      <w:tblPr/>
      <w:tcPr>
        <w:tcBorders>
          <w:top w:val="nil"/>
          <w:left w:color="FFFFFF" w:space="0" w:sz="18" w:themeColor="background1" w:val="single"/>
          <w:bottom w:val="nil"/>
          <w:right w:val="nil"/>
          <w:insideH w:val="nil"/>
          <w:insideV w:val="nil"/>
        </w:tcBorders>
        <w:shd w:color="auto" w:fill="000000" w:themeFill="text1" w:themeFillShade="BF" w:val="clear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000000" w:themeFill="text1" w:themeFillShade="BF" w:val="clear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000000" w:themeFill="text1" w:themeFillShade="BF" w:val="clear"/>
      </w:tcPr>
    </w:tblStylePr>
  </w:style>
  <w:style w:styleId="DarkList-Accent1" w:type="table">
    <w:name w:val="Dark List Accent 1"/>
    <w:basedOn w:val="TableNormal"/>
    <w:uiPriority w:val="70"/>
    <w:rsid w:val="00CB0664"/>
    <w:pPr>
      <w:spacing w:after="0" w:line="240" w:lineRule="auto"/>
    </w:pPr>
    <w:rPr>
      <w:color w:themeColor="background1" w:val="FFFFFF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4F81BD" w:themeFill="accent1" w:val="clear"/>
    </w:tcPr>
    <w:tblStylePr w:type="firstRow">
      <w:rPr>
        <w:b/>
        <w:bCs/>
      </w:rPr>
      <w:tblPr/>
      <w:tcPr>
        <w:tcBorders>
          <w:top w:val="nil"/>
          <w:left w:val="nil"/>
          <w:bottom w:color="FFFFFF" w:space="0" w:sz="18" w:themeColor="background1" w:val="single"/>
          <w:right w:val="nil"/>
          <w:insideH w:val="nil"/>
          <w:insideV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val="nil"/>
          <w:bottom w:val="nil"/>
          <w:right w:val="nil"/>
          <w:insideH w:val="nil"/>
          <w:insideV w:val="nil"/>
        </w:tcBorders>
        <w:shd w:color="auto" w:fill="243F60" w:themeFill="accent1" w:themeFillShade="7F" w:val="clear"/>
      </w:tcPr>
    </w:tblStylePr>
    <w:tblStylePr w:type="firstCol">
      <w:tblPr/>
      <w:tcPr>
        <w:tcBorders>
          <w:top w:val="nil"/>
          <w:left w:val="nil"/>
          <w:bottom w:val="nil"/>
          <w:right w:color="FFFFFF" w:space="0" w:sz="18" w:themeColor="background1" w:val="single"/>
          <w:insideH w:val="nil"/>
          <w:insideV w:val="nil"/>
        </w:tcBorders>
        <w:shd w:color="auto" w:fill="365F91" w:themeFill="accent1" w:themeFillShade="BF" w:val="clear"/>
      </w:tcPr>
    </w:tblStylePr>
    <w:tblStylePr w:type="lastCol">
      <w:tblPr/>
      <w:tcPr>
        <w:tcBorders>
          <w:top w:val="nil"/>
          <w:left w:color="FFFFFF" w:space="0" w:sz="18" w:themeColor="background1" w:val="single"/>
          <w:bottom w:val="nil"/>
          <w:right w:val="nil"/>
          <w:insideH w:val="nil"/>
          <w:insideV w:val="nil"/>
        </w:tcBorders>
        <w:shd w:color="auto" w:fill="365F91" w:themeFill="accent1" w:themeFillShade="BF" w:val="clear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365F91" w:themeFill="accent1" w:themeFillShade="BF" w:val="clear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365F91" w:themeFill="accent1" w:themeFillShade="BF" w:val="clear"/>
      </w:tcPr>
    </w:tblStylePr>
  </w:style>
  <w:style w:styleId="DarkList-Accent2" w:type="table">
    <w:name w:val="Dark List Accent 2"/>
    <w:basedOn w:val="TableNormal"/>
    <w:uiPriority w:val="70"/>
    <w:rsid w:val="00CB0664"/>
    <w:pPr>
      <w:spacing w:after="0" w:line="240" w:lineRule="auto"/>
    </w:pPr>
    <w:rPr>
      <w:color w:themeColor="background1" w:val="FFFFFF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C0504D" w:themeFill="accent2" w:val="clear"/>
    </w:tcPr>
    <w:tblStylePr w:type="firstRow">
      <w:rPr>
        <w:b/>
        <w:bCs/>
      </w:rPr>
      <w:tblPr/>
      <w:tcPr>
        <w:tcBorders>
          <w:top w:val="nil"/>
          <w:left w:val="nil"/>
          <w:bottom w:color="FFFFFF" w:space="0" w:sz="18" w:themeColor="background1" w:val="single"/>
          <w:right w:val="nil"/>
          <w:insideH w:val="nil"/>
          <w:insideV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val="nil"/>
          <w:bottom w:val="nil"/>
          <w:right w:val="nil"/>
          <w:insideH w:val="nil"/>
          <w:insideV w:val="nil"/>
        </w:tcBorders>
        <w:shd w:color="auto" w:fill="622423" w:themeFill="accent2" w:themeFillShade="7F" w:val="clear"/>
      </w:tcPr>
    </w:tblStylePr>
    <w:tblStylePr w:type="firstCol">
      <w:tblPr/>
      <w:tcPr>
        <w:tcBorders>
          <w:top w:val="nil"/>
          <w:left w:val="nil"/>
          <w:bottom w:val="nil"/>
          <w:right w:color="FFFFFF" w:space="0" w:sz="18" w:themeColor="background1" w:val="single"/>
          <w:insideH w:val="nil"/>
          <w:insideV w:val="nil"/>
        </w:tcBorders>
        <w:shd w:color="auto" w:fill="943634" w:themeFill="accent2" w:themeFillShade="BF" w:val="clear"/>
      </w:tcPr>
    </w:tblStylePr>
    <w:tblStylePr w:type="lastCol">
      <w:tblPr/>
      <w:tcPr>
        <w:tcBorders>
          <w:top w:val="nil"/>
          <w:left w:color="FFFFFF" w:space="0" w:sz="18" w:themeColor="background1" w:val="single"/>
          <w:bottom w:val="nil"/>
          <w:right w:val="nil"/>
          <w:insideH w:val="nil"/>
          <w:insideV w:val="nil"/>
        </w:tcBorders>
        <w:shd w:color="auto" w:fill="943634" w:themeFill="accent2" w:themeFillShade="BF" w:val="clear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943634" w:themeFill="accent2" w:themeFillShade="BF" w:val="clear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943634" w:themeFill="accent2" w:themeFillShade="BF" w:val="clear"/>
      </w:tcPr>
    </w:tblStylePr>
  </w:style>
  <w:style w:styleId="DarkList-Accent3" w:type="table">
    <w:name w:val="Dark List Accent 3"/>
    <w:basedOn w:val="TableNormal"/>
    <w:uiPriority w:val="70"/>
    <w:rsid w:val="00CB0664"/>
    <w:pPr>
      <w:spacing w:after="0" w:line="240" w:lineRule="auto"/>
    </w:pPr>
    <w:rPr>
      <w:color w:themeColor="background1" w:val="FFFFFF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9BBB59" w:themeFill="accent3" w:val="clear"/>
    </w:tcPr>
    <w:tblStylePr w:type="firstRow">
      <w:rPr>
        <w:b/>
        <w:bCs/>
      </w:rPr>
      <w:tblPr/>
      <w:tcPr>
        <w:tcBorders>
          <w:top w:val="nil"/>
          <w:left w:val="nil"/>
          <w:bottom w:color="FFFFFF" w:space="0" w:sz="18" w:themeColor="background1" w:val="single"/>
          <w:right w:val="nil"/>
          <w:insideH w:val="nil"/>
          <w:insideV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val="nil"/>
          <w:bottom w:val="nil"/>
          <w:right w:val="nil"/>
          <w:insideH w:val="nil"/>
          <w:insideV w:val="nil"/>
        </w:tcBorders>
        <w:shd w:color="auto" w:fill="4E6128" w:themeFill="accent3" w:themeFillShade="7F" w:val="clear"/>
      </w:tcPr>
    </w:tblStylePr>
    <w:tblStylePr w:type="firstCol">
      <w:tblPr/>
      <w:tcPr>
        <w:tcBorders>
          <w:top w:val="nil"/>
          <w:left w:val="nil"/>
          <w:bottom w:val="nil"/>
          <w:right w:color="FFFFFF" w:space="0" w:sz="18" w:themeColor="background1" w:val="single"/>
          <w:insideH w:val="nil"/>
          <w:insideV w:val="nil"/>
        </w:tcBorders>
        <w:shd w:color="auto" w:fill="76923C" w:themeFill="accent3" w:themeFillShade="BF" w:val="clear"/>
      </w:tcPr>
    </w:tblStylePr>
    <w:tblStylePr w:type="lastCol">
      <w:tblPr/>
      <w:tcPr>
        <w:tcBorders>
          <w:top w:val="nil"/>
          <w:left w:color="FFFFFF" w:space="0" w:sz="18" w:themeColor="background1" w:val="single"/>
          <w:bottom w:val="nil"/>
          <w:right w:val="nil"/>
          <w:insideH w:val="nil"/>
          <w:insideV w:val="nil"/>
        </w:tcBorders>
        <w:shd w:color="auto" w:fill="76923C" w:themeFill="accent3" w:themeFillShade="BF" w:val="clear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76923C" w:themeFill="accent3" w:themeFillShade="BF" w:val="clear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76923C" w:themeFill="accent3" w:themeFillShade="BF" w:val="clear"/>
      </w:tcPr>
    </w:tblStylePr>
  </w:style>
  <w:style w:styleId="DarkList-Accent4" w:type="table">
    <w:name w:val="Dark List Accent 4"/>
    <w:basedOn w:val="TableNormal"/>
    <w:uiPriority w:val="70"/>
    <w:rsid w:val="00CB0664"/>
    <w:pPr>
      <w:spacing w:after="0" w:line="240" w:lineRule="auto"/>
    </w:pPr>
    <w:rPr>
      <w:color w:themeColor="background1" w:val="FFFFFF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8064A2" w:themeFill="accent4" w:val="clear"/>
    </w:tcPr>
    <w:tblStylePr w:type="firstRow">
      <w:rPr>
        <w:b/>
        <w:bCs/>
      </w:rPr>
      <w:tblPr/>
      <w:tcPr>
        <w:tcBorders>
          <w:top w:val="nil"/>
          <w:left w:val="nil"/>
          <w:bottom w:color="FFFFFF" w:space="0" w:sz="18" w:themeColor="background1" w:val="single"/>
          <w:right w:val="nil"/>
          <w:insideH w:val="nil"/>
          <w:insideV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val="nil"/>
          <w:bottom w:val="nil"/>
          <w:right w:val="nil"/>
          <w:insideH w:val="nil"/>
          <w:insideV w:val="nil"/>
        </w:tcBorders>
        <w:shd w:color="auto" w:fill="3F3151" w:themeFill="accent4" w:themeFillShade="7F" w:val="clear"/>
      </w:tcPr>
    </w:tblStylePr>
    <w:tblStylePr w:type="firstCol">
      <w:tblPr/>
      <w:tcPr>
        <w:tcBorders>
          <w:top w:val="nil"/>
          <w:left w:val="nil"/>
          <w:bottom w:val="nil"/>
          <w:right w:color="FFFFFF" w:space="0" w:sz="18" w:themeColor="background1" w:val="single"/>
          <w:insideH w:val="nil"/>
          <w:insideV w:val="nil"/>
        </w:tcBorders>
        <w:shd w:color="auto" w:fill="5F497A" w:themeFill="accent4" w:themeFillShade="BF" w:val="clear"/>
      </w:tcPr>
    </w:tblStylePr>
    <w:tblStylePr w:type="lastCol">
      <w:tblPr/>
      <w:tcPr>
        <w:tcBorders>
          <w:top w:val="nil"/>
          <w:left w:color="FFFFFF" w:space="0" w:sz="18" w:themeColor="background1" w:val="single"/>
          <w:bottom w:val="nil"/>
          <w:right w:val="nil"/>
          <w:insideH w:val="nil"/>
          <w:insideV w:val="nil"/>
        </w:tcBorders>
        <w:shd w:color="auto" w:fill="5F497A" w:themeFill="accent4" w:themeFillShade="BF" w:val="clear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5F497A" w:themeFill="accent4" w:themeFillShade="BF" w:val="clear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5F497A" w:themeFill="accent4" w:themeFillShade="BF" w:val="clear"/>
      </w:tcPr>
    </w:tblStylePr>
  </w:style>
  <w:style w:styleId="DarkList-Accent5" w:type="table">
    <w:name w:val="Dark List Accent 5"/>
    <w:basedOn w:val="TableNormal"/>
    <w:uiPriority w:val="70"/>
    <w:rsid w:val="00CB0664"/>
    <w:pPr>
      <w:spacing w:after="0" w:line="240" w:lineRule="auto"/>
    </w:pPr>
    <w:rPr>
      <w:color w:themeColor="background1" w:val="FFFFFF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4BACC6" w:themeFill="accent5" w:val="clear"/>
    </w:tcPr>
    <w:tblStylePr w:type="firstRow">
      <w:rPr>
        <w:b/>
        <w:bCs/>
      </w:rPr>
      <w:tblPr/>
      <w:tcPr>
        <w:tcBorders>
          <w:top w:val="nil"/>
          <w:left w:val="nil"/>
          <w:bottom w:color="FFFFFF" w:space="0" w:sz="18" w:themeColor="background1" w:val="single"/>
          <w:right w:val="nil"/>
          <w:insideH w:val="nil"/>
          <w:insideV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val="nil"/>
          <w:bottom w:val="nil"/>
          <w:right w:val="nil"/>
          <w:insideH w:val="nil"/>
          <w:insideV w:val="nil"/>
        </w:tcBorders>
        <w:shd w:color="auto" w:fill="205867" w:themeFill="accent5" w:themeFillShade="7F" w:val="clear"/>
      </w:tcPr>
    </w:tblStylePr>
    <w:tblStylePr w:type="firstCol">
      <w:tblPr/>
      <w:tcPr>
        <w:tcBorders>
          <w:top w:val="nil"/>
          <w:left w:val="nil"/>
          <w:bottom w:val="nil"/>
          <w:right w:color="FFFFFF" w:space="0" w:sz="18" w:themeColor="background1" w:val="single"/>
          <w:insideH w:val="nil"/>
          <w:insideV w:val="nil"/>
        </w:tcBorders>
        <w:shd w:color="auto" w:fill="31849B" w:themeFill="accent5" w:themeFillShade="BF" w:val="clear"/>
      </w:tcPr>
    </w:tblStylePr>
    <w:tblStylePr w:type="lastCol">
      <w:tblPr/>
      <w:tcPr>
        <w:tcBorders>
          <w:top w:val="nil"/>
          <w:left w:color="FFFFFF" w:space="0" w:sz="18" w:themeColor="background1" w:val="single"/>
          <w:bottom w:val="nil"/>
          <w:right w:val="nil"/>
          <w:insideH w:val="nil"/>
          <w:insideV w:val="nil"/>
        </w:tcBorders>
        <w:shd w:color="auto" w:fill="31849B" w:themeFill="accent5" w:themeFillShade="BF" w:val="clear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31849B" w:themeFill="accent5" w:themeFillShade="BF" w:val="clear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31849B" w:themeFill="accent5" w:themeFillShade="BF" w:val="clear"/>
      </w:tcPr>
    </w:tblStylePr>
  </w:style>
  <w:style w:styleId="DarkList-Accent6" w:type="table">
    <w:name w:val="Dark List Accent 6"/>
    <w:basedOn w:val="TableNormal"/>
    <w:uiPriority w:val="70"/>
    <w:rsid w:val="00CB0664"/>
    <w:pPr>
      <w:spacing w:after="0" w:line="240" w:lineRule="auto"/>
    </w:pPr>
    <w:rPr>
      <w:color w:themeColor="background1" w:val="FFFFFF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F79646" w:themeFill="accent6" w:val="clear"/>
    </w:tcPr>
    <w:tblStylePr w:type="firstRow">
      <w:rPr>
        <w:b/>
        <w:bCs/>
      </w:rPr>
      <w:tblPr/>
      <w:tcPr>
        <w:tcBorders>
          <w:top w:val="nil"/>
          <w:left w:val="nil"/>
          <w:bottom w:color="FFFFFF" w:space="0" w:sz="18" w:themeColor="background1" w:val="single"/>
          <w:right w:val="nil"/>
          <w:insideH w:val="nil"/>
          <w:insideV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val="nil"/>
          <w:bottom w:val="nil"/>
          <w:right w:val="nil"/>
          <w:insideH w:val="nil"/>
          <w:insideV w:val="nil"/>
        </w:tcBorders>
        <w:shd w:color="auto" w:fill="974706" w:themeFill="accent6" w:themeFillShade="7F" w:val="clear"/>
      </w:tcPr>
    </w:tblStylePr>
    <w:tblStylePr w:type="firstCol">
      <w:tblPr/>
      <w:tcPr>
        <w:tcBorders>
          <w:top w:val="nil"/>
          <w:left w:val="nil"/>
          <w:bottom w:val="nil"/>
          <w:right w:color="FFFFFF" w:space="0" w:sz="18" w:themeColor="background1" w:val="single"/>
          <w:insideH w:val="nil"/>
          <w:insideV w:val="nil"/>
        </w:tcBorders>
        <w:shd w:color="auto" w:fill="E36C0A" w:themeFill="accent6" w:themeFillShade="BF" w:val="clear"/>
      </w:tcPr>
    </w:tblStylePr>
    <w:tblStylePr w:type="lastCol">
      <w:tblPr/>
      <w:tcPr>
        <w:tcBorders>
          <w:top w:val="nil"/>
          <w:left w:color="FFFFFF" w:space="0" w:sz="18" w:themeColor="background1" w:val="single"/>
          <w:bottom w:val="nil"/>
          <w:right w:val="nil"/>
          <w:insideH w:val="nil"/>
          <w:insideV w:val="nil"/>
        </w:tcBorders>
        <w:shd w:color="auto" w:fill="E36C0A" w:themeFill="accent6" w:themeFillShade="BF" w:val="clear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E36C0A" w:themeFill="accent6" w:themeFillShade="BF" w:val="clear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E36C0A" w:themeFill="accent6" w:themeFillShade="BF" w:val="clear"/>
      </w:tcPr>
    </w:tblStylePr>
  </w:style>
  <w:style w:styleId="ColorfulShading" w:type="table">
    <w:name w:val="Colorful Shading"/>
    <w:basedOn w:val="TableNormal"/>
    <w:uiPriority w:val="71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C0504D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6E6E6" w:themeFill="text1" w:themeFillTint="19" w:val="clear"/>
    </w:tcPr>
    <w:tblStylePr w:type="firstRow">
      <w:rPr>
        <w:b/>
        <w:bCs/>
      </w:rPr>
      <w:tblPr/>
      <w:tcPr>
        <w:tcBorders>
          <w:top w:val="nil"/>
          <w:left w:val="nil"/>
          <w:bottom w:color="C0504D" w:space="0" w:sz="24" w:themeColor="accent2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rPr>
        <w:b/>
        <w:bCs/>
        <w:color w:themeColor="background1" w:val="FFFFFF"/>
      </w:rPr>
      <w:tblPr/>
      <w:tcPr>
        <w:tcBorders>
          <w:top w:color="FFFFFF" w:space="0" w:sz="6" w:themeColor="background1" w:val="single"/>
        </w:tcBorders>
        <w:shd w:color="auto" w:fill="000000" w:themeFill="text1" w:themeFillShade="99" w:val="clear"/>
      </w:tcPr>
    </w:tblStylePr>
    <w:tblStylePr w:type="fir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color="000000" w:space="0" w:sz="4" w:themeColor="text1" w:themeShade="99" w:val="single"/>
          <w:insideV w:val="nil"/>
        </w:tcBorders>
        <w:shd w:color="auto" w:fill="000000" w:themeFill="text1" w:themeFillShade="99" w:val="clear"/>
      </w:tcPr>
    </w:tblStylePr>
    <w:tblStylePr w:type="la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000000" w:themeFill="text1" w:themeFillShade="BF" w:val="clear"/>
      </w:tcPr>
    </w:tblStylePr>
    <w:tblStylePr w:type="band1Vert">
      <w:tblPr/>
      <w:tcPr>
        <w:shd w:color="auto" w:fill="999999" w:themeFill="text1" w:themeFillTint="66" w:val="clear"/>
      </w:tcPr>
    </w:tblStylePr>
    <w:tblStylePr w:type="band1Horz">
      <w:tblPr/>
      <w:tcPr>
        <w:shd w:color="auto" w:fill="808080" w:themeFill="text1" w:themeFillTint="7F" w:val="clear"/>
      </w:tcPr>
    </w:tblStylePr>
    <w:tblStylePr w:type="neCell">
      <w:rPr>
        <w:color w:themeColor="text1" w:val="000000"/>
      </w:rPr>
    </w:tblStylePr>
    <w:tblStylePr w:type="nwCell">
      <w:rPr>
        <w:color w:themeColor="text1" w:val="000000"/>
      </w:rPr>
    </w:tblStylePr>
  </w:style>
  <w:style w:styleId="ColorfulShading-Accent1" w:type="table">
    <w:name w:val="Colorful Shading Accent 1"/>
    <w:basedOn w:val="TableNormal"/>
    <w:uiPriority w:val="71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C0504D" w:space="0" w:sz="24" w:themeColor="accent2" w:val="single"/>
        <w:left w:color="4F81BD" w:space="0" w:sz="4" w:themeColor="accent1" w:val="single"/>
        <w:bottom w:color="4F81BD" w:space="0" w:sz="4" w:themeColor="accent1" w:val="single"/>
        <w:right w:color="4F81BD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DF2F8" w:themeFill="accent1" w:themeFillTint="19" w:val="clear"/>
    </w:tcPr>
    <w:tblStylePr w:type="firstRow">
      <w:rPr>
        <w:b/>
        <w:bCs/>
      </w:rPr>
      <w:tblPr/>
      <w:tcPr>
        <w:tcBorders>
          <w:top w:val="nil"/>
          <w:left w:val="nil"/>
          <w:bottom w:color="C0504D" w:space="0" w:sz="24" w:themeColor="accent2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rPr>
        <w:b/>
        <w:bCs/>
        <w:color w:themeColor="background1" w:val="FFFFFF"/>
      </w:rPr>
      <w:tblPr/>
      <w:tcPr>
        <w:tcBorders>
          <w:top w:color="FFFFFF" w:space="0" w:sz="6" w:themeColor="background1" w:val="single"/>
        </w:tcBorders>
        <w:shd w:color="auto" w:fill="2C4C74" w:themeFill="accent1" w:themeFillShade="99" w:val="clear"/>
      </w:tcPr>
    </w:tblStylePr>
    <w:tblStylePr w:type="fir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color="2C4C74" w:space="0" w:sz="4" w:themeColor="accent1" w:themeShade="99" w:val="single"/>
          <w:insideV w:val="nil"/>
        </w:tcBorders>
        <w:shd w:color="auto" w:fill="2C4C74" w:themeFill="accent1" w:themeFillShade="99" w:val="clear"/>
      </w:tcPr>
    </w:tblStylePr>
    <w:tblStylePr w:type="la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2C4C74" w:themeFill="accent1" w:themeFillShade="99" w:val="clear"/>
      </w:tcPr>
    </w:tblStylePr>
    <w:tblStylePr w:type="band1Vert">
      <w:tblPr/>
      <w:tcPr>
        <w:shd w:color="auto" w:fill="B8CCE4" w:themeFill="accent1" w:themeFillTint="66" w:val="clear"/>
      </w:tcPr>
    </w:tblStylePr>
    <w:tblStylePr w:type="band1Horz">
      <w:tblPr/>
      <w:tcPr>
        <w:shd w:color="auto" w:fill="A7BFDE" w:themeFill="accent1" w:themeFillTint="7F" w:val="clear"/>
      </w:tcPr>
    </w:tblStylePr>
    <w:tblStylePr w:type="neCell">
      <w:rPr>
        <w:color w:themeColor="text1" w:val="000000"/>
      </w:rPr>
    </w:tblStylePr>
    <w:tblStylePr w:type="nwCell">
      <w:rPr>
        <w:color w:themeColor="text1" w:val="000000"/>
      </w:rPr>
    </w:tblStylePr>
  </w:style>
  <w:style w:styleId="ColorfulShading-Accent2" w:type="table">
    <w:name w:val="Colorful Shading Accent 2"/>
    <w:basedOn w:val="TableNormal"/>
    <w:uiPriority w:val="71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C0504D" w:space="0" w:sz="24" w:themeColor="accent2" w:val="single"/>
        <w:left w:color="C0504D" w:space="0" w:sz="4" w:themeColor="accent2" w:val="single"/>
        <w:bottom w:color="C0504D" w:space="0" w:sz="4" w:themeColor="accent2" w:val="single"/>
        <w:right w:color="C0504D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F8EDED" w:themeFill="accent2" w:themeFillTint="19" w:val="clear"/>
    </w:tcPr>
    <w:tblStylePr w:type="firstRow">
      <w:rPr>
        <w:b/>
        <w:bCs/>
      </w:rPr>
      <w:tblPr/>
      <w:tcPr>
        <w:tcBorders>
          <w:top w:val="nil"/>
          <w:left w:val="nil"/>
          <w:bottom w:color="C0504D" w:space="0" w:sz="24" w:themeColor="accent2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rPr>
        <w:b/>
        <w:bCs/>
        <w:color w:themeColor="background1" w:val="FFFFFF"/>
      </w:rPr>
      <w:tblPr/>
      <w:tcPr>
        <w:tcBorders>
          <w:top w:color="FFFFFF" w:space="0" w:sz="6" w:themeColor="background1" w:val="single"/>
        </w:tcBorders>
        <w:shd w:color="auto" w:fill="772C2A" w:themeFill="accent2" w:themeFillShade="99" w:val="clear"/>
      </w:tcPr>
    </w:tblStylePr>
    <w:tblStylePr w:type="fir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color="772C2A" w:space="0" w:sz="4" w:themeColor="accent2" w:themeShade="99" w:val="single"/>
          <w:insideV w:val="nil"/>
        </w:tcBorders>
        <w:shd w:color="auto" w:fill="772C2A" w:themeFill="accent2" w:themeFillShade="99" w:val="clear"/>
      </w:tcPr>
    </w:tblStylePr>
    <w:tblStylePr w:type="la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772C2A" w:themeFill="accent2" w:themeFillShade="99" w:val="clear"/>
      </w:tcPr>
    </w:tblStylePr>
    <w:tblStylePr w:type="band1Vert">
      <w:tblPr/>
      <w:tcPr>
        <w:shd w:color="auto" w:fill="E5B8B7" w:themeFill="accent2" w:themeFillTint="66" w:val="clear"/>
      </w:tcPr>
    </w:tblStylePr>
    <w:tblStylePr w:type="band1Horz">
      <w:tblPr/>
      <w:tcPr>
        <w:shd w:color="auto" w:fill="DFA7A6" w:themeFill="accent2" w:themeFillTint="7F" w:val="clear"/>
      </w:tcPr>
    </w:tblStylePr>
    <w:tblStylePr w:type="neCell">
      <w:rPr>
        <w:color w:themeColor="text1" w:val="000000"/>
      </w:rPr>
    </w:tblStylePr>
    <w:tblStylePr w:type="nwCell">
      <w:rPr>
        <w:color w:themeColor="text1" w:val="000000"/>
      </w:rPr>
    </w:tblStylePr>
  </w:style>
  <w:style w:styleId="ColorfulShading-Accent3" w:type="table">
    <w:name w:val="Colorful Shading Accent 3"/>
    <w:basedOn w:val="TableNormal"/>
    <w:uiPriority w:val="71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8064A2" w:space="0" w:sz="24" w:themeColor="accent4" w:val="single"/>
        <w:left w:color="9BBB59" w:space="0" w:sz="4" w:themeColor="accent3" w:val="single"/>
        <w:bottom w:color="9BBB59" w:space="0" w:sz="4" w:themeColor="accent3" w:val="single"/>
        <w:right w:color="9BBB5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F5F8EE" w:themeFill="accent3" w:themeFillTint="19" w:val="clear"/>
    </w:tcPr>
    <w:tblStylePr w:type="firstRow">
      <w:rPr>
        <w:b/>
        <w:bCs/>
      </w:rPr>
      <w:tblPr/>
      <w:tcPr>
        <w:tcBorders>
          <w:top w:val="nil"/>
          <w:left w:val="nil"/>
          <w:bottom w:color="8064A2" w:space="0" w:sz="24" w:themeColor="accent4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rPr>
        <w:b/>
        <w:bCs/>
        <w:color w:themeColor="background1" w:val="FFFFFF"/>
      </w:rPr>
      <w:tblPr/>
      <w:tcPr>
        <w:tcBorders>
          <w:top w:color="FFFFFF" w:space="0" w:sz="6" w:themeColor="background1" w:val="single"/>
        </w:tcBorders>
        <w:shd w:color="auto" w:fill="5E7530" w:themeFill="accent3" w:themeFillShade="99" w:val="clear"/>
      </w:tcPr>
    </w:tblStylePr>
    <w:tblStylePr w:type="fir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color="5E7530" w:space="0" w:sz="4" w:themeColor="accent3" w:themeShade="99" w:val="single"/>
          <w:insideV w:val="nil"/>
        </w:tcBorders>
        <w:shd w:color="auto" w:fill="5E7530" w:themeFill="accent3" w:themeFillShade="99" w:val="clear"/>
      </w:tcPr>
    </w:tblStylePr>
    <w:tblStylePr w:type="la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5E7530" w:themeFill="accent3" w:themeFillShade="99" w:val="clear"/>
      </w:tcPr>
    </w:tblStylePr>
    <w:tblStylePr w:type="band1Vert">
      <w:tblPr/>
      <w:tcPr>
        <w:shd w:color="auto" w:fill="D6E3BC" w:themeFill="accent3" w:themeFillTint="66" w:val="clear"/>
      </w:tcPr>
    </w:tblStylePr>
    <w:tblStylePr w:type="band1Horz">
      <w:tblPr/>
      <w:tcPr>
        <w:shd w:color="auto" w:fill="CDDDAC" w:themeFill="accent3" w:themeFillTint="7F" w:val="clear"/>
      </w:tcPr>
    </w:tblStylePr>
  </w:style>
  <w:style w:styleId="ColorfulShading-Accent4" w:type="table">
    <w:name w:val="Colorful Shading Accent 4"/>
    <w:basedOn w:val="TableNormal"/>
    <w:uiPriority w:val="71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9BBB59" w:space="0" w:sz="24" w:themeColor="accent3" w:val="single"/>
        <w:left w:color="8064A2" w:space="0" w:sz="4" w:themeColor="accent4" w:val="single"/>
        <w:bottom w:color="8064A2" w:space="0" w:sz="4" w:themeColor="accent4" w:val="single"/>
        <w:right w:color="8064A2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F2EFF6" w:themeFill="accent4" w:themeFillTint="19" w:val="clear"/>
    </w:tcPr>
    <w:tblStylePr w:type="firstRow">
      <w:rPr>
        <w:b/>
        <w:bCs/>
      </w:rPr>
      <w:tblPr/>
      <w:tcPr>
        <w:tcBorders>
          <w:top w:val="nil"/>
          <w:left w:val="nil"/>
          <w:bottom w:color="9BBB59" w:space="0" w:sz="24" w:themeColor="accent3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rPr>
        <w:b/>
        <w:bCs/>
        <w:color w:themeColor="background1" w:val="FFFFFF"/>
      </w:rPr>
      <w:tblPr/>
      <w:tcPr>
        <w:tcBorders>
          <w:top w:color="FFFFFF" w:space="0" w:sz="6" w:themeColor="background1" w:val="single"/>
        </w:tcBorders>
        <w:shd w:color="auto" w:fill="4C3B62" w:themeFill="accent4" w:themeFillShade="99" w:val="clear"/>
      </w:tcPr>
    </w:tblStylePr>
    <w:tblStylePr w:type="fir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color="4C3B62" w:space="0" w:sz="4" w:themeColor="accent4" w:themeShade="99" w:val="single"/>
          <w:insideV w:val="nil"/>
        </w:tcBorders>
        <w:shd w:color="auto" w:fill="4C3B62" w:themeFill="accent4" w:themeFillShade="99" w:val="clear"/>
      </w:tcPr>
    </w:tblStylePr>
    <w:tblStylePr w:type="la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4C3B62" w:themeFill="accent4" w:themeFillShade="99" w:val="clear"/>
      </w:tcPr>
    </w:tblStylePr>
    <w:tblStylePr w:type="band1Vert">
      <w:tblPr/>
      <w:tcPr>
        <w:shd w:color="auto" w:fill="CCC0D9" w:themeFill="accent4" w:themeFillTint="66" w:val="clear"/>
      </w:tcPr>
    </w:tblStylePr>
    <w:tblStylePr w:type="band1Horz">
      <w:tblPr/>
      <w:tcPr>
        <w:shd w:color="auto" w:fill="BFB1D0" w:themeFill="accent4" w:themeFillTint="7F" w:val="clear"/>
      </w:tcPr>
    </w:tblStylePr>
    <w:tblStylePr w:type="neCell">
      <w:rPr>
        <w:color w:themeColor="text1" w:val="000000"/>
      </w:rPr>
    </w:tblStylePr>
    <w:tblStylePr w:type="nwCell">
      <w:rPr>
        <w:color w:themeColor="text1" w:val="000000"/>
      </w:rPr>
    </w:tblStylePr>
  </w:style>
  <w:style w:styleId="ColorfulShading-Accent5" w:type="table">
    <w:name w:val="Colorful Shading Accent 5"/>
    <w:basedOn w:val="TableNormal"/>
    <w:uiPriority w:val="71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F79646" w:space="0" w:sz="24" w:themeColor="accent6" w:val="single"/>
        <w:left w:color="4BACC6" w:space="0" w:sz="4" w:themeColor="accent5" w:val="single"/>
        <w:bottom w:color="4BACC6" w:space="0" w:sz="4" w:themeColor="accent5" w:val="single"/>
        <w:right w:color="4BACC6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DF6F9" w:themeFill="accent5" w:themeFillTint="19" w:val="clear"/>
    </w:tcPr>
    <w:tblStylePr w:type="firstRow">
      <w:rPr>
        <w:b/>
        <w:bCs/>
      </w:rPr>
      <w:tblPr/>
      <w:tcPr>
        <w:tcBorders>
          <w:top w:val="nil"/>
          <w:left w:val="nil"/>
          <w:bottom w:color="F79646" w:space="0" w:sz="24" w:themeColor="accent6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rPr>
        <w:b/>
        <w:bCs/>
        <w:color w:themeColor="background1" w:val="FFFFFF"/>
      </w:rPr>
      <w:tblPr/>
      <w:tcPr>
        <w:tcBorders>
          <w:top w:color="FFFFFF" w:space="0" w:sz="6" w:themeColor="background1" w:val="single"/>
        </w:tcBorders>
        <w:shd w:color="auto" w:fill="276A7C" w:themeFill="accent5" w:themeFillShade="99" w:val="clear"/>
      </w:tcPr>
    </w:tblStylePr>
    <w:tblStylePr w:type="fir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color="276A7C" w:space="0" w:sz="4" w:themeColor="accent5" w:themeShade="99" w:val="single"/>
          <w:insideV w:val="nil"/>
        </w:tcBorders>
        <w:shd w:color="auto" w:fill="276A7C" w:themeFill="accent5" w:themeFillShade="99" w:val="clear"/>
      </w:tcPr>
    </w:tblStylePr>
    <w:tblStylePr w:type="la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276A7C" w:themeFill="accent5" w:themeFillShade="99" w:val="clear"/>
      </w:tcPr>
    </w:tblStylePr>
    <w:tblStylePr w:type="band1Vert">
      <w:tblPr/>
      <w:tcPr>
        <w:shd w:color="auto" w:fill="B6DDE8" w:themeFill="accent5" w:themeFillTint="66" w:val="clear"/>
      </w:tcPr>
    </w:tblStylePr>
    <w:tblStylePr w:type="band1Horz">
      <w:tblPr/>
      <w:tcPr>
        <w:shd w:color="auto" w:fill="A5D5E2" w:themeFill="accent5" w:themeFillTint="7F" w:val="clear"/>
      </w:tcPr>
    </w:tblStylePr>
    <w:tblStylePr w:type="neCell">
      <w:rPr>
        <w:color w:themeColor="text1" w:val="000000"/>
      </w:rPr>
    </w:tblStylePr>
    <w:tblStylePr w:type="nwCell">
      <w:rPr>
        <w:color w:themeColor="text1" w:val="000000"/>
      </w:rPr>
    </w:tblStylePr>
  </w:style>
  <w:style w:styleId="ColorfulShading-Accent6" w:type="table">
    <w:name w:val="Colorful Shading Accent 6"/>
    <w:basedOn w:val="TableNormal"/>
    <w:uiPriority w:val="71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top w:color="4BACC6" w:space="0" w:sz="24" w:themeColor="accent5" w:val="single"/>
        <w:left w:color="F79646" w:space="0" w:sz="4" w:themeColor="accent6" w:val="single"/>
        <w:bottom w:color="F79646" w:space="0" w:sz="4" w:themeColor="accent6" w:val="single"/>
        <w:right w:color="F79646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FEF4EC" w:themeFill="accent6" w:themeFillTint="19" w:val="clear"/>
    </w:tcPr>
    <w:tblStylePr w:type="firstRow">
      <w:rPr>
        <w:b/>
        <w:bCs/>
      </w:rPr>
      <w:tblPr/>
      <w:tcPr>
        <w:tcBorders>
          <w:top w:val="nil"/>
          <w:left w:val="nil"/>
          <w:bottom w:color="4BACC6" w:space="0" w:sz="24" w:themeColor="accent5" w:val="single"/>
          <w:right w:val="nil"/>
          <w:insideH w:val="nil"/>
          <w:insideV w:val="nil"/>
        </w:tcBorders>
        <w:shd w:color="auto" w:fill="FFFFFF" w:themeFill="background1" w:val="clear"/>
      </w:tcPr>
    </w:tblStylePr>
    <w:tblStylePr w:type="lastRow">
      <w:rPr>
        <w:b/>
        <w:bCs/>
        <w:color w:themeColor="background1" w:val="FFFFFF"/>
      </w:rPr>
      <w:tblPr/>
      <w:tcPr>
        <w:tcBorders>
          <w:top w:color="FFFFFF" w:space="0" w:sz="6" w:themeColor="background1" w:val="single"/>
        </w:tcBorders>
        <w:shd w:color="auto" w:fill="B65608" w:themeFill="accent6" w:themeFillShade="99" w:val="clear"/>
      </w:tcPr>
    </w:tblStylePr>
    <w:tblStylePr w:type="fir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color="B65608" w:space="0" w:sz="4" w:themeColor="accent6" w:themeShade="99" w:val="single"/>
          <w:insideV w:val="nil"/>
        </w:tcBorders>
        <w:shd w:color="auto" w:fill="B65608" w:themeFill="accent6" w:themeFillShade="99" w:val="clear"/>
      </w:tcPr>
    </w:tblStylePr>
    <w:tblStylePr w:type="lastCol">
      <w:rPr>
        <w:color w:themeColor="background1"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B65608" w:themeFill="accent6" w:themeFillShade="99" w:val="clear"/>
      </w:tcPr>
    </w:tblStylePr>
    <w:tblStylePr w:type="band1Vert">
      <w:tblPr/>
      <w:tcPr>
        <w:shd w:color="auto" w:fill="FBD4B4" w:themeFill="accent6" w:themeFillTint="66" w:val="clear"/>
      </w:tcPr>
    </w:tblStylePr>
    <w:tblStylePr w:type="band1Horz">
      <w:tblPr/>
      <w:tcPr>
        <w:shd w:color="auto" w:fill="FBCAA2" w:themeFill="accent6" w:themeFillTint="7F" w:val="clear"/>
      </w:tcPr>
    </w:tblStylePr>
    <w:tblStylePr w:type="neCell">
      <w:rPr>
        <w:color w:themeColor="text1" w:val="000000"/>
      </w:rPr>
    </w:tblStylePr>
    <w:tblStylePr w:type="nwCell">
      <w:rPr>
        <w:color w:themeColor="text1" w:val="000000"/>
      </w:rPr>
    </w:tblStylePr>
  </w:style>
  <w:style w:styleId="ColorfulList" w:type="table">
    <w:name w:val="Colorful List"/>
    <w:basedOn w:val="TableNormal"/>
    <w:uiPriority w:val="72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E6E6E6" w:themeFill="text1" w:themeFillTint="19" w:val="clear"/>
    </w:tcPr>
    <w:tblStylePr w:type="firstRow">
      <w:rPr>
        <w:b/>
        <w:bCs/>
        <w:color w:themeColor="background1" w:val="FFFFFF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CC" w:val="clear"/>
      </w:tcPr>
    </w:tblStylePr>
    <w:tblStylePr w:type="lastRow">
      <w:rPr>
        <w:b/>
        <w:bCs/>
        <w:color w:themeColor="accent2" w:themeShade="CC" w:val="9E3A38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C0C0C0" w:themeFill="text1" w:themeFillTint="3F" w:val="clear"/>
      </w:tcPr>
    </w:tblStylePr>
    <w:tblStylePr w:type="band1Horz">
      <w:tblPr/>
      <w:tcPr>
        <w:shd w:color="auto" w:fill="CCCCCC" w:themeFill="text1" w:themeFillTint="33" w:val="clear"/>
      </w:tcPr>
    </w:tblStylePr>
  </w:style>
  <w:style w:styleId="ColorfulList-Accent1" w:type="table">
    <w:name w:val="Colorful List Accent 1"/>
    <w:basedOn w:val="TableNormal"/>
    <w:uiPriority w:val="72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EDF2F8" w:themeFill="accent1" w:themeFillTint="19" w:val="clear"/>
    </w:tcPr>
    <w:tblStylePr w:type="firstRow">
      <w:rPr>
        <w:b/>
        <w:bCs/>
        <w:color w:themeColor="background1" w:val="FFFFFF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CC" w:val="clear"/>
      </w:tcPr>
    </w:tblStylePr>
    <w:tblStylePr w:type="lastRow">
      <w:rPr>
        <w:b/>
        <w:bCs/>
        <w:color w:themeColor="accent2" w:themeShade="CC" w:val="9E3A38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D3DFEE" w:themeFill="accent1" w:themeFillTint="3F" w:val="clear"/>
      </w:tcPr>
    </w:tblStylePr>
    <w:tblStylePr w:type="band1Horz">
      <w:tblPr/>
      <w:tcPr>
        <w:shd w:color="auto" w:fill="DBE5F1" w:themeFill="accent1" w:themeFillTint="33" w:val="clear"/>
      </w:tcPr>
    </w:tblStylePr>
  </w:style>
  <w:style w:styleId="ColorfulList-Accent2" w:type="table">
    <w:name w:val="Colorful List Accent 2"/>
    <w:basedOn w:val="TableNormal"/>
    <w:uiPriority w:val="72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F8EDED" w:themeFill="accent2" w:themeFillTint="19" w:val="clear"/>
    </w:tcPr>
    <w:tblStylePr w:type="firstRow">
      <w:rPr>
        <w:b/>
        <w:bCs/>
        <w:color w:themeColor="background1" w:val="FFFFFF"/>
      </w:rPr>
      <w:tblPr/>
      <w:tcPr>
        <w:tcBorders>
          <w:bottom w:color="FFFFFF" w:space="0" w:sz="12" w:themeColor="background1" w:val="single"/>
        </w:tcBorders>
        <w:shd w:color="auto" w:fill="9E3A38" w:themeFill="accent2" w:themeFillShade="CC" w:val="clear"/>
      </w:tcPr>
    </w:tblStylePr>
    <w:tblStylePr w:type="lastRow">
      <w:rPr>
        <w:b/>
        <w:bCs/>
        <w:color w:themeColor="accent2" w:themeShade="CC" w:val="9E3A38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EFD3D2" w:themeFill="accent2" w:themeFillTint="3F" w:val="clear"/>
      </w:tcPr>
    </w:tblStylePr>
    <w:tblStylePr w:type="band1Horz">
      <w:tblPr/>
      <w:tcPr>
        <w:shd w:color="auto" w:fill="F2DBDB" w:themeFill="accent2" w:themeFillTint="33" w:val="clear"/>
      </w:tcPr>
    </w:tblStylePr>
  </w:style>
  <w:style w:styleId="ColorfulList-Accent3" w:type="table">
    <w:name w:val="Colorful List Accent 3"/>
    <w:basedOn w:val="TableNormal"/>
    <w:uiPriority w:val="72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F5F8EE" w:themeFill="accent3" w:themeFillTint="19" w:val="clear"/>
    </w:tcPr>
    <w:tblStylePr w:type="firstRow">
      <w:rPr>
        <w:b/>
        <w:bCs/>
        <w:color w:themeColor="background1" w:val="FFFFFF"/>
      </w:rPr>
      <w:tblPr/>
      <w:tcPr>
        <w:tcBorders>
          <w:bottom w:color="FFFFFF" w:space="0" w:sz="12" w:themeColor="background1" w:val="single"/>
        </w:tcBorders>
        <w:shd w:color="auto" w:fill="664E82" w:themeFill="accent4" w:themeFillShade="CC" w:val="clear"/>
      </w:tcPr>
    </w:tblStylePr>
    <w:tblStylePr w:type="lastRow">
      <w:rPr>
        <w:b/>
        <w:bCs/>
        <w:color w:themeColor="accent4" w:themeShade="CC" w:val="664E82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E6EED5" w:themeFill="accent3" w:themeFillTint="3F" w:val="clear"/>
      </w:tcPr>
    </w:tblStylePr>
    <w:tblStylePr w:type="band1Horz">
      <w:tblPr/>
      <w:tcPr>
        <w:shd w:color="auto" w:fill="EAF1DD" w:themeFill="accent3" w:themeFillTint="33" w:val="clear"/>
      </w:tcPr>
    </w:tblStylePr>
  </w:style>
  <w:style w:styleId="ColorfulList-Accent4" w:type="table">
    <w:name w:val="Colorful List Accent 4"/>
    <w:basedOn w:val="TableNormal"/>
    <w:uiPriority w:val="72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F2EFF6" w:themeFill="accent4" w:themeFillTint="19" w:val="clear"/>
    </w:tcPr>
    <w:tblStylePr w:type="firstRow">
      <w:rPr>
        <w:b/>
        <w:bCs/>
        <w:color w:themeColor="background1" w:val="FFFFFF"/>
      </w:rPr>
      <w:tblPr/>
      <w:tcPr>
        <w:tcBorders>
          <w:bottom w:color="FFFFFF" w:space="0" w:sz="12" w:themeColor="background1" w:val="single"/>
        </w:tcBorders>
        <w:shd w:color="auto" w:fill="7E9C40" w:themeFill="accent3" w:themeFillShade="CC" w:val="clear"/>
      </w:tcPr>
    </w:tblStylePr>
    <w:tblStylePr w:type="lastRow">
      <w:rPr>
        <w:b/>
        <w:bCs/>
        <w:color w:themeColor="accent3" w:themeShade="CC" w:val="7E9C40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DFD8E8" w:themeFill="accent4" w:themeFillTint="3F" w:val="clear"/>
      </w:tcPr>
    </w:tblStylePr>
    <w:tblStylePr w:type="band1Horz">
      <w:tblPr/>
      <w:tcPr>
        <w:shd w:color="auto" w:fill="E5DFEC" w:themeFill="accent4" w:themeFillTint="33" w:val="clear"/>
      </w:tcPr>
    </w:tblStylePr>
  </w:style>
  <w:style w:styleId="ColorfulList-Accent5" w:type="table">
    <w:name w:val="Colorful List Accent 5"/>
    <w:basedOn w:val="TableNormal"/>
    <w:uiPriority w:val="72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EDF6F9" w:themeFill="accent5" w:themeFillTint="19" w:val="clear"/>
    </w:tcPr>
    <w:tblStylePr w:type="firstRow">
      <w:rPr>
        <w:b/>
        <w:bCs/>
        <w:color w:themeColor="background1" w:val="FFFFFF"/>
      </w:rPr>
      <w:tblPr/>
      <w:tcPr>
        <w:tcBorders>
          <w:bottom w:color="FFFFFF" w:space="0" w:sz="12" w:themeColor="background1" w:val="single"/>
        </w:tcBorders>
        <w:shd w:color="auto" w:fill="F2730A" w:themeFill="accent6" w:themeFillShade="CC" w:val="clear"/>
      </w:tcPr>
    </w:tblStylePr>
    <w:tblStylePr w:type="lastRow">
      <w:rPr>
        <w:b/>
        <w:bCs/>
        <w:color w:themeColor="accent6" w:themeShade="CC" w:val="F2730A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D2EAF1" w:themeFill="accent5" w:themeFillTint="3F" w:val="clear"/>
      </w:tcPr>
    </w:tblStylePr>
    <w:tblStylePr w:type="band1Horz">
      <w:tblPr/>
      <w:tcPr>
        <w:shd w:color="auto" w:fill="DAEEF3" w:themeFill="accent5" w:themeFillTint="33" w:val="clear"/>
      </w:tcPr>
    </w:tblStylePr>
  </w:style>
  <w:style w:styleId="ColorfulList-Accent6" w:type="table">
    <w:name w:val="Colorful List Accent 6"/>
    <w:basedOn w:val="TableNormal"/>
    <w:uiPriority w:val="72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CellMar>
        <w:top w:type="dxa" w:w="0"/>
        <w:left w:type="dxa" w:w="108"/>
        <w:bottom w:type="dxa" w:w="0"/>
        <w:right w:type="dxa" w:w="108"/>
      </w:tblCellMar>
    </w:tblPr>
    <w:tcPr>
      <w:shd w:color="auto" w:fill="FEF4EC" w:themeFill="accent6" w:themeFillTint="19" w:val="clear"/>
    </w:tcPr>
    <w:tblStylePr w:type="firstRow">
      <w:rPr>
        <w:b/>
        <w:bCs/>
        <w:color w:themeColor="background1" w:val="FFFFFF"/>
      </w:rPr>
      <w:tblPr/>
      <w:tcPr>
        <w:tcBorders>
          <w:bottom w:color="FFFFFF" w:space="0" w:sz="12" w:themeColor="background1" w:val="single"/>
        </w:tcBorders>
        <w:shd w:color="auto" w:fill="348DA5" w:themeFill="accent5" w:themeFillShade="CC" w:val="clear"/>
      </w:tcPr>
    </w:tblStylePr>
    <w:tblStylePr w:type="lastRow">
      <w:rPr>
        <w:b/>
        <w:bCs/>
        <w:color w:themeColor="accent5" w:themeShade="CC" w:val="348DA5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color="auto" w:fill="FDE4D0" w:themeFill="accent6" w:themeFillTint="3F" w:val="clear"/>
      </w:tcPr>
    </w:tblStylePr>
    <w:tblStylePr w:type="band1Horz">
      <w:tblPr/>
      <w:tcPr>
        <w:shd w:color="auto" w:fill="FDE9D9" w:themeFill="accent6" w:themeFillTint="33" w:val="clear"/>
      </w:tcPr>
    </w:tblStylePr>
  </w:style>
  <w:style w:styleId="ColorfulGrid" w:type="table">
    <w:name w:val="Colorful Grid"/>
    <w:basedOn w:val="TableNormal"/>
    <w:uiPriority w:val="73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insideH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CCCCCC" w:themeFill="text1" w:themeFillTint="33" w:val="clear"/>
    </w:tcPr>
    <w:tblStylePr w:type="firstRow">
      <w:rPr>
        <w:b/>
        <w:bCs/>
      </w:rPr>
      <w:tblPr/>
      <w:tcPr>
        <w:shd w:color="auto" w:fill="999999" w:themeFill="text1" w:themeFillTint="66" w:val="clear"/>
      </w:tcPr>
    </w:tblStylePr>
    <w:tblStylePr w:type="lastRow">
      <w:rPr>
        <w:b/>
        <w:bCs/>
        <w:color w:themeColor="text1" w:val="000000"/>
      </w:rPr>
      <w:tblPr/>
      <w:tcPr>
        <w:shd w:color="auto" w:fill="999999" w:themeFill="text1" w:themeFillTint="66" w:val="clear"/>
      </w:tcPr>
    </w:tblStylePr>
    <w:tblStylePr w:type="firstCol">
      <w:rPr>
        <w:color w:themeColor="background1" w:val="FFFFFF"/>
      </w:rPr>
      <w:tblPr/>
      <w:tcPr>
        <w:shd w:color="auto" w:fill="000000" w:themeFill="text1" w:themeFillShade="BF" w:val="clear"/>
      </w:tcPr>
    </w:tblStylePr>
    <w:tblStylePr w:type="lastCol">
      <w:rPr>
        <w:color w:themeColor="background1" w:val="FFFFFF"/>
      </w:rPr>
      <w:tblPr/>
      <w:tcPr>
        <w:shd w:color="auto" w:fill="000000" w:themeFill="text1" w:themeFillShade="BF" w:val="clear"/>
      </w:tcPr>
    </w:tblStylePr>
    <w:tblStylePr w:type="band1Vert">
      <w:tblPr/>
      <w:tcPr>
        <w:shd w:color="auto" w:fill="808080" w:themeFill="text1" w:themeFillTint="7F" w:val="clear"/>
      </w:tcPr>
    </w:tblStylePr>
    <w:tblStylePr w:type="band1Horz">
      <w:tblPr/>
      <w:tcPr>
        <w:shd w:color="auto" w:fill="808080" w:themeFill="text1" w:themeFillTint="7F" w:val="clear"/>
      </w:tcPr>
    </w:tblStylePr>
  </w:style>
  <w:style w:styleId="ColorfulGrid-Accent1" w:type="table">
    <w:name w:val="Colorful Grid Accent 1"/>
    <w:basedOn w:val="TableNormal"/>
    <w:uiPriority w:val="73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insideH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BE5F1" w:themeFill="accent1" w:themeFillTint="33" w:val="clear"/>
    </w:tcPr>
    <w:tblStylePr w:type="firstRow">
      <w:rPr>
        <w:b/>
        <w:bCs/>
      </w:rPr>
      <w:tblPr/>
      <w:tcPr>
        <w:shd w:color="auto" w:fill="B8CCE4" w:themeFill="accent1" w:themeFillTint="66" w:val="clear"/>
      </w:tcPr>
    </w:tblStylePr>
    <w:tblStylePr w:type="lastRow">
      <w:rPr>
        <w:b/>
        <w:bCs/>
        <w:color w:themeColor="text1" w:val="000000"/>
      </w:rPr>
      <w:tblPr/>
      <w:tcPr>
        <w:shd w:color="auto" w:fill="B8CCE4" w:themeFill="accent1" w:themeFillTint="66" w:val="clear"/>
      </w:tcPr>
    </w:tblStylePr>
    <w:tblStylePr w:type="firstCol">
      <w:rPr>
        <w:color w:themeColor="background1" w:val="FFFFFF"/>
      </w:rPr>
      <w:tblPr/>
      <w:tcPr>
        <w:shd w:color="auto" w:fill="365F91" w:themeFill="accent1" w:themeFillShade="BF" w:val="clear"/>
      </w:tcPr>
    </w:tblStylePr>
    <w:tblStylePr w:type="lastCol">
      <w:rPr>
        <w:color w:themeColor="background1" w:val="FFFFFF"/>
      </w:rPr>
      <w:tblPr/>
      <w:tcPr>
        <w:shd w:color="auto" w:fill="365F91" w:themeFill="accent1" w:themeFillShade="BF" w:val="clear"/>
      </w:tcPr>
    </w:tblStylePr>
    <w:tblStylePr w:type="band1Vert">
      <w:tblPr/>
      <w:tcPr>
        <w:shd w:color="auto" w:fill="A7BFDE" w:themeFill="accent1" w:themeFillTint="7F" w:val="clear"/>
      </w:tcPr>
    </w:tblStylePr>
    <w:tblStylePr w:type="band1Horz">
      <w:tblPr/>
      <w:tcPr>
        <w:shd w:color="auto" w:fill="A7BFDE" w:themeFill="accent1" w:themeFillTint="7F" w:val="clear"/>
      </w:tcPr>
    </w:tblStylePr>
  </w:style>
  <w:style w:styleId="ColorfulGrid-Accent2" w:type="table">
    <w:name w:val="Colorful Grid Accent 2"/>
    <w:basedOn w:val="TableNormal"/>
    <w:uiPriority w:val="73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insideH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F2DBDB" w:themeFill="accent2" w:themeFillTint="33" w:val="clear"/>
    </w:tcPr>
    <w:tblStylePr w:type="firstRow">
      <w:rPr>
        <w:b/>
        <w:bCs/>
      </w:rPr>
      <w:tblPr/>
      <w:tcPr>
        <w:shd w:color="auto" w:fill="E5B8B7" w:themeFill="accent2" w:themeFillTint="66" w:val="clear"/>
      </w:tcPr>
    </w:tblStylePr>
    <w:tblStylePr w:type="lastRow">
      <w:rPr>
        <w:b/>
        <w:bCs/>
        <w:color w:themeColor="text1" w:val="000000"/>
      </w:rPr>
      <w:tblPr/>
      <w:tcPr>
        <w:shd w:color="auto" w:fill="E5B8B7" w:themeFill="accent2" w:themeFillTint="66" w:val="clear"/>
      </w:tcPr>
    </w:tblStylePr>
    <w:tblStylePr w:type="firstCol">
      <w:rPr>
        <w:color w:themeColor="background1" w:val="FFFFFF"/>
      </w:rPr>
      <w:tblPr/>
      <w:tcPr>
        <w:shd w:color="auto" w:fill="943634" w:themeFill="accent2" w:themeFillShade="BF" w:val="clear"/>
      </w:tcPr>
    </w:tblStylePr>
    <w:tblStylePr w:type="lastCol">
      <w:rPr>
        <w:color w:themeColor="background1" w:val="FFFFFF"/>
      </w:rPr>
      <w:tblPr/>
      <w:tcPr>
        <w:shd w:color="auto" w:fill="943634" w:themeFill="accent2" w:themeFillShade="BF" w:val="clear"/>
      </w:tcPr>
    </w:tblStylePr>
    <w:tblStylePr w:type="band1Vert">
      <w:tblPr/>
      <w:tcPr>
        <w:shd w:color="auto" w:fill="DFA7A6" w:themeFill="accent2" w:themeFillTint="7F" w:val="clear"/>
      </w:tcPr>
    </w:tblStylePr>
    <w:tblStylePr w:type="band1Horz">
      <w:tblPr/>
      <w:tcPr>
        <w:shd w:color="auto" w:fill="DFA7A6" w:themeFill="accent2" w:themeFillTint="7F" w:val="clear"/>
      </w:tcPr>
    </w:tblStylePr>
  </w:style>
  <w:style w:styleId="ColorfulGrid-Accent3" w:type="table">
    <w:name w:val="Colorful Grid Accent 3"/>
    <w:basedOn w:val="TableNormal"/>
    <w:uiPriority w:val="73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insideH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AF1DD" w:themeFill="accent3" w:themeFillTint="33" w:val="clear"/>
    </w:tcPr>
    <w:tblStylePr w:type="firstRow">
      <w:rPr>
        <w:b/>
        <w:bCs/>
      </w:rPr>
      <w:tblPr/>
      <w:tcPr>
        <w:shd w:color="auto" w:fill="D6E3BC" w:themeFill="accent3" w:themeFillTint="66" w:val="clear"/>
      </w:tcPr>
    </w:tblStylePr>
    <w:tblStylePr w:type="lastRow">
      <w:rPr>
        <w:b/>
        <w:bCs/>
        <w:color w:themeColor="text1" w:val="000000"/>
      </w:rPr>
      <w:tblPr/>
      <w:tcPr>
        <w:shd w:color="auto" w:fill="D6E3BC" w:themeFill="accent3" w:themeFillTint="66" w:val="clear"/>
      </w:tcPr>
    </w:tblStylePr>
    <w:tblStylePr w:type="firstCol">
      <w:rPr>
        <w:color w:themeColor="background1" w:val="FFFFFF"/>
      </w:rPr>
      <w:tblPr/>
      <w:tcPr>
        <w:shd w:color="auto" w:fill="76923C" w:themeFill="accent3" w:themeFillShade="BF" w:val="clear"/>
      </w:tcPr>
    </w:tblStylePr>
    <w:tblStylePr w:type="lastCol">
      <w:rPr>
        <w:color w:themeColor="background1" w:val="FFFFFF"/>
      </w:rPr>
      <w:tblPr/>
      <w:tcPr>
        <w:shd w:color="auto" w:fill="76923C" w:themeFill="accent3" w:themeFillShade="BF" w:val="clear"/>
      </w:tcPr>
    </w:tblStylePr>
    <w:tblStylePr w:type="band1Vert">
      <w:tblPr/>
      <w:tcPr>
        <w:shd w:color="auto" w:fill="CDDDAC" w:themeFill="accent3" w:themeFillTint="7F" w:val="clear"/>
      </w:tcPr>
    </w:tblStylePr>
    <w:tblStylePr w:type="band1Horz">
      <w:tblPr/>
      <w:tcPr>
        <w:shd w:color="auto" w:fill="CDDDAC" w:themeFill="accent3" w:themeFillTint="7F" w:val="clear"/>
      </w:tcPr>
    </w:tblStylePr>
  </w:style>
  <w:style w:styleId="ColorfulGrid-Accent4" w:type="table">
    <w:name w:val="Colorful Grid Accent 4"/>
    <w:basedOn w:val="TableNormal"/>
    <w:uiPriority w:val="73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insideH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E5DFEC" w:themeFill="accent4" w:themeFillTint="33" w:val="clear"/>
    </w:tcPr>
    <w:tblStylePr w:type="firstRow">
      <w:rPr>
        <w:b/>
        <w:bCs/>
      </w:rPr>
      <w:tblPr/>
      <w:tcPr>
        <w:shd w:color="auto" w:fill="CCC0D9" w:themeFill="accent4" w:themeFillTint="66" w:val="clear"/>
      </w:tcPr>
    </w:tblStylePr>
    <w:tblStylePr w:type="lastRow">
      <w:rPr>
        <w:b/>
        <w:bCs/>
        <w:color w:themeColor="text1" w:val="000000"/>
      </w:rPr>
      <w:tblPr/>
      <w:tcPr>
        <w:shd w:color="auto" w:fill="CCC0D9" w:themeFill="accent4" w:themeFillTint="66" w:val="clear"/>
      </w:tcPr>
    </w:tblStylePr>
    <w:tblStylePr w:type="firstCol">
      <w:rPr>
        <w:color w:themeColor="background1" w:val="FFFFFF"/>
      </w:rPr>
      <w:tblPr/>
      <w:tcPr>
        <w:shd w:color="auto" w:fill="5F497A" w:themeFill="accent4" w:themeFillShade="BF" w:val="clear"/>
      </w:tcPr>
    </w:tblStylePr>
    <w:tblStylePr w:type="lastCol">
      <w:rPr>
        <w:color w:themeColor="background1" w:val="FFFFFF"/>
      </w:rPr>
      <w:tblPr/>
      <w:tcPr>
        <w:shd w:color="auto" w:fill="5F497A" w:themeFill="accent4" w:themeFillShade="BF" w:val="clear"/>
      </w:tcPr>
    </w:tblStylePr>
    <w:tblStylePr w:type="band1Vert">
      <w:tblPr/>
      <w:tcPr>
        <w:shd w:color="auto" w:fill="BFB1D0" w:themeFill="accent4" w:themeFillTint="7F" w:val="clear"/>
      </w:tcPr>
    </w:tblStylePr>
    <w:tblStylePr w:type="band1Horz">
      <w:tblPr/>
      <w:tcPr>
        <w:shd w:color="auto" w:fill="BFB1D0" w:themeFill="accent4" w:themeFillTint="7F" w:val="clear"/>
      </w:tcPr>
    </w:tblStylePr>
  </w:style>
  <w:style w:styleId="ColorfulGrid-Accent5" w:type="table">
    <w:name w:val="Colorful Grid Accent 5"/>
    <w:basedOn w:val="TableNormal"/>
    <w:uiPriority w:val="73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insideH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DAEEF3" w:themeFill="accent5" w:themeFillTint="33" w:val="clear"/>
    </w:tcPr>
    <w:tblStylePr w:type="firstRow">
      <w:rPr>
        <w:b/>
        <w:bCs/>
      </w:rPr>
      <w:tblPr/>
      <w:tcPr>
        <w:shd w:color="auto" w:fill="B6DDE8" w:themeFill="accent5" w:themeFillTint="66" w:val="clear"/>
      </w:tcPr>
    </w:tblStylePr>
    <w:tblStylePr w:type="lastRow">
      <w:rPr>
        <w:b/>
        <w:bCs/>
        <w:color w:themeColor="text1" w:val="000000"/>
      </w:rPr>
      <w:tblPr/>
      <w:tcPr>
        <w:shd w:color="auto" w:fill="B6DDE8" w:themeFill="accent5" w:themeFillTint="66" w:val="clear"/>
      </w:tcPr>
    </w:tblStylePr>
    <w:tblStylePr w:type="firstCol">
      <w:rPr>
        <w:color w:themeColor="background1" w:val="FFFFFF"/>
      </w:rPr>
      <w:tblPr/>
      <w:tcPr>
        <w:shd w:color="auto" w:fill="31849B" w:themeFill="accent5" w:themeFillShade="BF" w:val="clear"/>
      </w:tcPr>
    </w:tblStylePr>
    <w:tblStylePr w:type="lastCol">
      <w:rPr>
        <w:color w:themeColor="background1" w:val="FFFFFF"/>
      </w:rPr>
      <w:tblPr/>
      <w:tcPr>
        <w:shd w:color="auto" w:fill="31849B" w:themeFill="accent5" w:themeFillShade="BF" w:val="clear"/>
      </w:tcPr>
    </w:tblStylePr>
    <w:tblStylePr w:type="band1Vert">
      <w:tblPr/>
      <w:tcPr>
        <w:shd w:color="auto" w:fill="A5D5E2" w:themeFill="accent5" w:themeFillTint="7F" w:val="clear"/>
      </w:tcPr>
    </w:tblStylePr>
    <w:tblStylePr w:type="band1Horz">
      <w:tblPr/>
      <w:tcPr>
        <w:shd w:color="auto" w:fill="A5D5E2" w:themeFill="accent5" w:themeFillTint="7F" w:val="clear"/>
      </w:tcPr>
    </w:tblStylePr>
  </w:style>
  <w:style w:styleId="ColorfulGrid-Accent6" w:type="table">
    <w:name w:val="Colorful Grid Accent 6"/>
    <w:basedOn w:val="TableNormal"/>
    <w:uiPriority w:val="73"/>
    <w:rsid w:val="00CB0664"/>
    <w:pPr>
      <w:spacing w:after="0" w:line="240" w:lineRule="auto"/>
    </w:pPr>
    <w:rPr>
      <w:color w:themeColor="text1" w:val="000000"/>
    </w:rPr>
    <w:tblPr>
      <w:tblStyleRowBandSize w:val="1"/>
      <w:tblStyleColBandSize w:val="1"/>
      <w:tblInd w:type="dxa" w:w="0"/>
      <w:tblBorders>
        <w:insideH w:color="FFFFFF" w:space="0" w:sz="4" w:themeColor="background1" w:val="single"/>
      </w:tblBorders>
      <w:tblCellMar>
        <w:top w:type="dxa" w:w="0"/>
        <w:left w:type="dxa" w:w="108"/>
        <w:bottom w:type="dxa" w:w="0"/>
        <w:right w:type="dxa" w:w="108"/>
      </w:tblCellMar>
    </w:tblPr>
    <w:tcPr>
      <w:shd w:color="auto" w:fill="FDE9D9" w:themeFill="accent6" w:themeFillTint="33" w:val="clear"/>
    </w:tcPr>
    <w:tblStylePr w:type="firstRow">
      <w:rPr>
        <w:b/>
        <w:bCs/>
      </w:rPr>
      <w:tblPr/>
      <w:tcPr>
        <w:shd w:color="auto" w:fill="FBD4B4" w:themeFill="accent6" w:themeFillTint="66" w:val="clear"/>
      </w:tcPr>
    </w:tblStylePr>
    <w:tblStylePr w:type="lastRow">
      <w:rPr>
        <w:b/>
        <w:bCs/>
        <w:color w:themeColor="text1" w:val="000000"/>
      </w:rPr>
      <w:tblPr/>
      <w:tcPr>
        <w:shd w:color="auto" w:fill="FBD4B4" w:themeFill="accent6" w:themeFillTint="66" w:val="clear"/>
      </w:tcPr>
    </w:tblStylePr>
    <w:tblStylePr w:type="firstCol">
      <w:rPr>
        <w:color w:themeColor="background1" w:val="FFFFFF"/>
      </w:rPr>
      <w:tblPr/>
      <w:tcPr>
        <w:shd w:color="auto" w:fill="E36C0A" w:themeFill="accent6" w:themeFillShade="BF" w:val="clear"/>
      </w:tcPr>
    </w:tblStylePr>
    <w:tblStylePr w:type="lastCol">
      <w:rPr>
        <w:color w:themeColor="background1" w:val="FFFFFF"/>
      </w:rPr>
      <w:tblPr/>
      <w:tcPr>
        <w:shd w:color="auto" w:fill="E36C0A" w:themeFill="accent6" w:themeFillShade="BF" w:val="clear"/>
      </w:tcPr>
    </w:tblStylePr>
    <w:tblStylePr w:type="band1Vert">
      <w:tblPr/>
      <w:tcPr>
        <w:shd w:color="auto" w:fill="FBCAA2" w:themeFill="accent6" w:themeFillTint="7F" w:val="clear"/>
      </w:tcPr>
    </w:tblStylePr>
    <w:tblStylePr w:type="band1Horz">
      <w:tblPr/>
      <w:tcPr>
        <w:shd w:color="auto" w:fill="FBCAA2" w:themeFill="accent6" w:themeFillTint="7F" w:val="clear"/>
      </w:tcPr>
    </w:tblStylePr>
  </w:style>
  <w:style w:customStyle="1" w:styleId="Table" w:type="table"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</w:tblPr>
    <w:name w:val="Table"/>
    <w:tblStylePr w:type="firstRow">
      <w:rPr>
        <w:b/>
      </w:rPr>
    </w:tblStyle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8" Target="numbering.xml" /><Relationship Type="http://schemas.openxmlformats.org/officeDocument/2006/relationships/styles" Id="rId7" Target="styles.xml" /><Relationship Type="http://schemas.openxmlformats.org/officeDocument/2006/relationships/settings" Id="rId6" Target="settings.xml" /><Relationship Type="http://schemas.openxmlformats.org/officeDocument/2006/relationships/webSettings" Id="rId5" Target="webSettings.xml" /><Relationship Type="http://schemas.openxmlformats.org/officeDocument/2006/relationships/fontTable" Id="rId4" Target="fontTable.xml" /><Relationship Type="http://schemas.openxmlformats.org/officeDocument/2006/relationships/theme" Id="rId3" Target="theme/theme1.xml" /><Relationship Type="http://schemas.openxmlformats.org/officeDocument/2006/relationships/footnotes" Id="rId2" Target="footnotes.xml" /><Relationship Type="http://schemas.openxmlformats.org/officeDocument/2006/relationships/comments" Id="rId1" Target="comments.xml" /><Relationship Type="http://schemas.openxmlformats.org/officeDocument/2006/relationships/image" Id="rId23" Target="media/rId23.png" /><Relationship Type="http://schemas.openxmlformats.org/officeDocument/2006/relationships/image" Id="rId10" Target="media/rId10.png" /><Relationship Type="http://schemas.openxmlformats.org/officeDocument/2006/relationships/image" Id="rId31" Target="media/rId31.png" /><Relationship Type="http://schemas.openxmlformats.org/officeDocument/2006/relationships/image" Id="rId15" Target="media/rId15.png" /><Relationship Type="http://schemas.openxmlformats.org/officeDocument/2006/relationships/image" Id="rId27" Target="media/rId27.png" /><Relationship Type="http://schemas.openxmlformats.org/officeDocument/2006/relationships/image" Id="rId19" Target="media/rId19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2026-04-07T14:26:56Z</dcterms:created>
  <dcterms:modified xsi:type="dcterms:W3CDTF">2026-04-07T14:26:56Z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